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78C84" w14:textId="0918DAA4" w:rsidR="003E1EF8" w:rsidRPr="003F7EF5" w:rsidRDefault="00370A81" w:rsidP="00865410">
      <w:pPr>
        <w:tabs>
          <w:tab w:val="left" w:pos="0"/>
        </w:tabs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3F7EF5">
        <w:rPr>
          <w:rFonts w:ascii="Times New Roman" w:hAnsi="Times New Roman" w:cs="Times New Roman"/>
          <w:b/>
          <w:sz w:val="24"/>
          <w:szCs w:val="24"/>
          <w:lang w:val="en-GB"/>
        </w:rPr>
        <w:t>LETTER OF INTEREST</w:t>
      </w:r>
    </w:p>
    <w:p w14:paraId="74493C44" w14:textId="5D880F92" w:rsidR="003E1EF8" w:rsidRPr="003F7EF5" w:rsidRDefault="00865410" w:rsidP="00865410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3F7EF5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Instructions: Complete the </w:t>
      </w:r>
      <w:r w:rsidR="006D7CE7" w:rsidRPr="003F7EF5">
        <w:rPr>
          <w:rFonts w:ascii="Times New Roman" w:hAnsi="Times New Roman" w:cs="Times New Roman"/>
          <w:i/>
          <w:iCs/>
          <w:sz w:val="24"/>
          <w:szCs w:val="24"/>
          <w:lang w:val="en-GB"/>
        </w:rPr>
        <w:t>designated</w:t>
      </w:r>
      <w:r w:rsidRPr="003F7EF5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fields, </w:t>
      </w:r>
      <w:r w:rsidR="00D97B25" w:rsidRPr="003F7EF5">
        <w:rPr>
          <w:rFonts w:ascii="Times New Roman" w:hAnsi="Times New Roman" w:cs="Times New Roman"/>
          <w:i/>
          <w:iCs/>
          <w:sz w:val="24"/>
          <w:szCs w:val="24"/>
          <w:lang w:val="en-GB"/>
        </w:rPr>
        <w:t>select</w:t>
      </w:r>
      <w:r w:rsidRPr="003F7EF5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all applicable options and delete any text that </w:t>
      </w:r>
      <w:r w:rsidR="00D734AE" w:rsidRPr="003F7EF5">
        <w:rPr>
          <w:rFonts w:ascii="Times New Roman" w:hAnsi="Times New Roman" w:cs="Times New Roman"/>
          <w:i/>
          <w:iCs/>
          <w:sz w:val="24"/>
          <w:szCs w:val="24"/>
          <w:lang w:val="en-GB"/>
        </w:rPr>
        <w:t>is not applicable</w:t>
      </w:r>
      <w:r w:rsidRPr="003F7EF5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. </w:t>
      </w:r>
      <w:r w:rsidR="008D6B7A" w:rsidRPr="008D6B7A">
        <w:rPr>
          <w:rFonts w:ascii="Times New Roman" w:hAnsi="Times New Roman" w:cs="Times New Roman"/>
          <w:i/>
          <w:iCs/>
          <w:sz w:val="24"/>
          <w:szCs w:val="24"/>
        </w:rPr>
        <w:t>Additional information may be provided where necessary</w:t>
      </w:r>
      <w:r w:rsidRPr="003F7EF5">
        <w:rPr>
          <w:rFonts w:ascii="Times New Roman" w:hAnsi="Times New Roman" w:cs="Times New Roman"/>
          <w:i/>
          <w:iCs/>
          <w:sz w:val="24"/>
          <w:szCs w:val="24"/>
          <w:lang w:val="en-GB"/>
        </w:rPr>
        <w:t>.</w:t>
      </w:r>
    </w:p>
    <w:p w14:paraId="3DA04D26" w14:textId="77777777" w:rsidR="00865410" w:rsidRPr="003F7EF5" w:rsidRDefault="00865410">
      <w:pPr>
        <w:spacing w:after="60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3899F94F" w14:textId="6DFE5B81" w:rsidR="003E1EF8" w:rsidRPr="003F7EF5" w:rsidRDefault="00370A81">
      <w:pPr>
        <w:spacing w:after="60"/>
        <w:rPr>
          <w:rFonts w:ascii="Times New Roman" w:hAnsi="Times New Roman" w:cs="Times New Roman"/>
          <w:sz w:val="24"/>
          <w:szCs w:val="24"/>
          <w:lang w:val="en-GB"/>
        </w:rPr>
      </w:pPr>
      <w:r w:rsidRPr="003F7EF5">
        <w:rPr>
          <w:rFonts w:ascii="Times New Roman" w:hAnsi="Times New Roman" w:cs="Times New Roman"/>
          <w:b/>
          <w:sz w:val="24"/>
          <w:szCs w:val="24"/>
          <w:lang w:val="en-GB"/>
        </w:rPr>
        <w:t xml:space="preserve">To: </w:t>
      </w:r>
      <w:r w:rsidRPr="003F7EF5">
        <w:rPr>
          <w:rFonts w:ascii="Times New Roman" w:hAnsi="Times New Roman" w:cs="Times New Roman"/>
          <w:sz w:val="24"/>
          <w:szCs w:val="24"/>
          <w:lang w:val="en-GB"/>
        </w:rPr>
        <w:t>Bulgargaz EAD</w:t>
      </w:r>
    </w:p>
    <w:p w14:paraId="05FE283D" w14:textId="4913616D" w:rsidR="003E1EF8" w:rsidRPr="003F7EF5" w:rsidRDefault="00370A81">
      <w:pPr>
        <w:spacing w:after="60"/>
        <w:rPr>
          <w:rFonts w:ascii="Times New Roman" w:hAnsi="Times New Roman" w:cs="Times New Roman"/>
          <w:sz w:val="24"/>
          <w:szCs w:val="24"/>
          <w:lang w:val="en-GB"/>
        </w:rPr>
      </w:pPr>
      <w:r w:rsidRPr="003F7EF5">
        <w:rPr>
          <w:rFonts w:ascii="Times New Roman" w:hAnsi="Times New Roman" w:cs="Times New Roman"/>
          <w:b/>
          <w:sz w:val="24"/>
          <w:szCs w:val="24"/>
          <w:lang w:val="en-GB"/>
        </w:rPr>
        <w:t xml:space="preserve">From: </w:t>
      </w:r>
      <w:r w:rsidRPr="003F7EF5">
        <w:rPr>
          <w:rFonts w:ascii="Times New Roman" w:hAnsi="Times New Roman" w:cs="Times New Roman"/>
          <w:sz w:val="24"/>
          <w:szCs w:val="24"/>
          <w:lang w:val="en-GB"/>
        </w:rPr>
        <w:t>[</w:t>
      </w:r>
      <w:r w:rsidRPr="003F7EF5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full company name </w:t>
      </w:r>
      <w:r w:rsidR="008B2C7A" w:rsidRPr="003F7EF5">
        <w:rPr>
          <w:rFonts w:ascii="Times New Roman" w:hAnsi="Times New Roman" w:cs="Times New Roman"/>
          <w:i/>
          <w:iCs/>
          <w:sz w:val="24"/>
          <w:szCs w:val="24"/>
          <w:lang w:val="en-GB"/>
        </w:rPr>
        <w:t>and address</w:t>
      </w:r>
      <w:r w:rsidRPr="003F7EF5">
        <w:rPr>
          <w:rFonts w:ascii="Times New Roman" w:hAnsi="Times New Roman" w:cs="Times New Roman"/>
          <w:sz w:val="24"/>
          <w:szCs w:val="24"/>
          <w:lang w:val="en-GB"/>
        </w:rPr>
        <w:t>]</w:t>
      </w:r>
    </w:p>
    <w:p w14:paraId="025A6C27" w14:textId="77777777" w:rsidR="003E1EF8" w:rsidRPr="003F7EF5" w:rsidRDefault="00370A81">
      <w:pPr>
        <w:spacing w:after="60"/>
        <w:rPr>
          <w:rFonts w:ascii="Times New Roman" w:hAnsi="Times New Roman" w:cs="Times New Roman"/>
          <w:sz w:val="24"/>
          <w:szCs w:val="24"/>
          <w:lang w:val="en-GB"/>
        </w:rPr>
      </w:pPr>
      <w:r w:rsidRPr="003F7EF5">
        <w:rPr>
          <w:rFonts w:ascii="Times New Roman" w:hAnsi="Times New Roman" w:cs="Times New Roman"/>
          <w:b/>
          <w:sz w:val="24"/>
          <w:szCs w:val="24"/>
          <w:lang w:val="en-GB"/>
        </w:rPr>
        <w:t xml:space="preserve">Date: </w:t>
      </w:r>
      <w:r w:rsidRPr="003F7EF5">
        <w:rPr>
          <w:rFonts w:ascii="Times New Roman" w:hAnsi="Times New Roman" w:cs="Times New Roman"/>
          <w:sz w:val="24"/>
          <w:szCs w:val="24"/>
          <w:lang w:val="en-GB"/>
        </w:rPr>
        <w:t>[</w:t>
      </w:r>
      <w:r w:rsidRPr="003F7EF5">
        <w:rPr>
          <w:rFonts w:ascii="Times New Roman" w:hAnsi="Times New Roman" w:cs="Times New Roman"/>
          <w:i/>
          <w:iCs/>
          <w:sz w:val="24"/>
          <w:szCs w:val="24"/>
          <w:lang w:val="en-GB"/>
        </w:rPr>
        <w:t>dd.mm.yyyy</w:t>
      </w:r>
      <w:r w:rsidRPr="003F7EF5">
        <w:rPr>
          <w:rFonts w:ascii="Times New Roman" w:hAnsi="Times New Roman" w:cs="Times New Roman"/>
          <w:sz w:val="24"/>
          <w:szCs w:val="24"/>
          <w:lang w:val="en-GB"/>
        </w:rPr>
        <w:t>]</w:t>
      </w:r>
    </w:p>
    <w:p w14:paraId="1DD57147" w14:textId="77777777" w:rsidR="00865410" w:rsidRPr="003F7EF5" w:rsidRDefault="00865410">
      <w:pPr>
        <w:spacing w:after="60"/>
        <w:rPr>
          <w:rFonts w:ascii="Times New Roman" w:hAnsi="Times New Roman" w:cs="Times New Roman"/>
          <w:sz w:val="24"/>
          <w:szCs w:val="24"/>
          <w:lang w:val="en-GB"/>
        </w:rPr>
      </w:pPr>
    </w:p>
    <w:p w14:paraId="60F10E98" w14:textId="77777777" w:rsidR="003E1EF8" w:rsidRPr="003F7EF5" w:rsidRDefault="00370A81">
      <w:pPr>
        <w:spacing w:before="100" w:after="120"/>
        <w:rPr>
          <w:rFonts w:ascii="Times New Roman" w:hAnsi="Times New Roman" w:cs="Times New Roman"/>
          <w:sz w:val="24"/>
          <w:szCs w:val="24"/>
          <w:lang w:val="en-GB"/>
        </w:rPr>
      </w:pPr>
      <w:r w:rsidRPr="003F7EF5">
        <w:rPr>
          <w:rFonts w:ascii="Times New Roman" w:hAnsi="Times New Roman" w:cs="Times New Roman"/>
          <w:sz w:val="24"/>
          <w:szCs w:val="24"/>
          <w:lang w:val="en-GB"/>
        </w:rPr>
        <w:t>Dear Sir or Madam,</w:t>
      </w:r>
    </w:p>
    <w:p w14:paraId="1AC9DAA7" w14:textId="59B6B243" w:rsidR="003E1EF8" w:rsidRPr="003F7EF5" w:rsidRDefault="00370A81">
      <w:pPr>
        <w:spacing w:after="1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F7EF5">
        <w:rPr>
          <w:rFonts w:ascii="Times New Roman" w:hAnsi="Times New Roman" w:cs="Times New Roman"/>
          <w:sz w:val="24"/>
          <w:szCs w:val="24"/>
          <w:lang w:val="en-GB"/>
        </w:rPr>
        <w:t>We, [</w:t>
      </w:r>
      <w:r w:rsidRPr="003F7EF5">
        <w:rPr>
          <w:rFonts w:ascii="Times New Roman" w:hAnsi="Times New Roman" w:cs="Times New Roman"/>
          <w:i/>
          <w:iCs/>
          <w:sz w:val="24"/>
          <w:szCs w:val="24"/>
          <w:lang w:val="en-GB"/>
        </w:rPr>
        <w:t>full company name</w:t>
      </w:r>
      <w:r w:rsidRPr="003F7EF5">
        <w:rPr>
          <w:rFonts w:ascii="Times New Roman" w:hAnsi="Times New Roman" w:cs="Times New Roman"/>
          <w:sz w:val="24"/>
          <w:szCs w:val="24"/>
          <w:lang w:val="en-GB"/>
        </w:rPr>
        <w:t>], a company incorporated under the laws of [</w:t>
      </w:r>
      <w:r w:rsidRPr="003F7EF5">
        <w:rPr>
          <w:rFonts w:ascii="Times New Roman" w:hAnsi="Times New Roman" w:cs="Times New Roman"/>
          <w:i/>
          <w:iCs/>
          <w:sz w:val="24"/>
          <w:szCs w:val="24"/>
          <w:lang w:val="en-GB"/>
        </w:rPr>
        <w:t>country</w:t>
      </w:r>
      <w:r w:rsidRPr="003F7EF5">
        <w:rPr>
          <w:rFonts w:ascii="Times New Roman" w:hAnsi="Times New Roman" w:cs="Times New Roman"/>
          <w:sz w:val="24"/>
          <w:szCs w:val="24"/>
          <w:lang w:val="en-GB"/>
        </w:rPr>
        <w:t>], with registration number [</w:t>
      </w:r>
      <w:r w:rsidRPr="003F7EF5">
        <w:rPr>
          <w:rFonts w:ascii="Times New Roman" w:hAnsi="Times New Roman" w:cs="Times New Roman"/>
          <w:i/>
          <w:iCs/>
          <w:sz w:val="24"/>
          <w:szCs w:val="24"/>
          <w:lang w:val="en-GB"/>
        </w:rPr>
        <w:t>number</w:t>
      </w:r>
      <w:r w:rsidRPr="003F7EF5">
        <w:rPr>
          <w:rFonts w:ascii="Times New Roman" w:hAnsi="Times New Roman" w:cs="Times New Roman"/>
          <w:sz w:val="24"/>
          <w:szCs w:val="24"/>
          <w:lang w:val="en-GB"/>
        </w:rPr>
        <w:t>] and registered office and business address at [</w:t>
      </w:r>
      <w:r w:rsidRPr="003F7EF5">
        <w:rPr>
          <w:rFonts w:ascii="Times New Roman" w:hAnsi="Times New Roman" w:cs="Times New Roman"/>
          <w:i/>
          <w:iCs/>
          <w:sz w:val="24"/>
          <w:szCs w:val="24"/>
          <w:lang w:val="en-GB"/>
        </w:rPr>
        <w:t>address</w:t>
      </w:r>
      <w:r w:rsidRPr="003F7EF5">
        <w:rPr>
          <w:rFonts w:ascii="Times New Roman" w:hAnsi="Times New Roman" w:cs="Times New Roman"/>
          <w:sz w:val="24"/>
          <w:szCs w:val="24"/>
          <w:lang w:val="en-GB"/>
        </w:rPr>
        <w:t>], hereby express our interest in the comprehensive service offered by Bulgargaz EAD, aimed at diversifying sources of natural gas.</w:t>
      </w:r>
    </w:p>
    <w:p w14:paraId="5D1A6390" w14:textId="77777777" w:rsidR="00865410" w:rsidRPr="003F7EF5" w:rsidRDefault="00865410">
      <w:pPr>
        <w:spacing w:after="12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4CD5EEB1" w14:textId="77777777" w:rsidR="003E1EF8" w:rsidRPr="003F7EF5" w:rsidRDefault="00370A81">
      <w:pPr>
        <w:spacing w:before="160" w:after="80"/>
        <w:rPr>
          <w:rFonts w:ascii="Times New Roman" w:hAnsi="Times New Roman" w:cs="Times New Roman"/>
          <w:sz w:val="24"/>
          <w:szCs w:val="24"/>
          <w:lang w:val="en-GB"/>
        </w:rPr>
      </w:pPr>
      <w:r w:rsidRPr="003F7EF5">
        <w:rPr>
          <w:rFonts w:ascii="Times New Roman" w:hAnsi="Times New Roman" w:cs="Times New Roman"/>
          <w:b/>
          <w:sz w:val="24"/>
          <w:szCs w:val="24"/>
          <w:lang w:val="en-GB"/>
        </w:rPr>
        <w:t>1. Company details</w:t>
      </w:r>
    </w:p>
    <w:p w14:paraId="4632D4B7" w14:textId="67F41455" w:rsidR="003E1EF8" w:rsidRPr="003F7EF5" w:rsidRDefault="00370A81">
      <w:pPr>
        <w:spacing w:after="60"/>
        <w:rPr>
          <w:rFonts w:ascii="Times New Roman" w:hAnsi="Times New Roman" w:cs="Times New Roman"/>
          <w:sz w:val="24"/>
          <w:szCs w:val="24"/>
          <w:lang w:val="en-GB"/>
        </w:rPr>
      </w:pPr>
      <w:r w:rsidRPr="003F7EF5">
        <w:rPr>
          <w:rFonts w:ascii="Times New Roman" w:hAnsi="Times New Roman" w:cs="Times New Roman"/>
          <w:b/>
          <w:sz w:val="24"/>
          <w:szCs w:val="24"/>
          <w:lang w:val="en-GB"/>
        </w:rPr>
        <w:t xml:space="preserve">Type of company / main activity: </w:t>
      </w:r>
      <w:r w:rsidRPr="003F7EF5">
        <w:rPr>
          <w:rFonts w:ascii="Times New Roman" w:hAnsi="Times New Roman" w:cs="Times New Roman"/>
          <w:sz w:val="24"/>
          <w:szCs w:val="24"/>
          <w:lang w:val="en-GB"/>
        </w:rPr>
        <w:t>[</w:t>
      </w:r>
      <w:r w:rsidRPr="003F7EF5">
        <w:rPr>
          <w:rFonts w:ascii="Times New Roman" w:hAnsi="Times New Roman" w:cs="Times New Roman"/>
          <w:i/>
          <w:iCs/>
          <w:sz w:val="24"/>
          <w:szCs w:val="24"/>
          <w:lang w:val="en-GB"/>
        </w:rPr>
        <w:t>trader / supplier / end user / other</w:t>
      </w:r>
      <w:r w:rsidRPr="003F7EF5">
        <w:rPr>
          <w:rFonts w:ascii="Times New Roman" w:hAnsi="Times New Roman" w:cs="Times New Roman"/>
          <w:sz w:val="24"/>
          <w:szCs w:val="24"/>
          <w:lang w:val="en-GB"/>
        </w:rPr>
        <w:t>]</w:t>
      </w:r>
    </w:p>
    <w:p w14:paraId="27175736" w14:textId="77777777" w:rsidR="003E1EF8" w:rsidRPr="003F7EF5" w:rsidRDefault="00370A81">
      <w:pPr>
        <w:spacing w:after="60"/>
        <w:rPr>
          <w:rFonts w:ascii="Times New Roman" w:hAnsi="Times New Roman" w:cs="Times New Roman"/>
          <w:sz w:val="24"/>
          <w:szCs w:val="24"/>
          <w:lang w:val="en-GB"/>
        </w:rPr>
      </w:pPr>
      <w:r w:rsidRPr="003F7EF5">
        <w:rPr>
          <w:rFonts w:ascii="Times New Roman" w:hAnsi="Times New Roman" w:cs="Times New Roman"/>
          <w:b/>
          <w:sz w:val="24"/>
          <w:szCs w:val="24"/>
          <w:lang w:val="en-GB"/>
        </w:rPr>
        <w:t xml:space="preserve">Contact person: </w:t>
      </w:r>
      <w:r w:rsidRPr="003F7EF5">
        <w:rPr>
          <w:rFonts w:ascii="Times New Roman" w:hAnsi="Times New Roman" w:cs="Times New Roman"/>
          <w:sz w:val="24"/>
          <w:szCs w:val="24"/>
          <w:lang w:val="en-GB"/>
        </w:rPr>
        <w:t>[</w:t>
      </w:r>
      <w:r w:rsidRPr="003F7EF5">
        <w:rPr>
          <w:rFonts w:ascii="Times New Roman" w:hAnsi="Times New Roman" w:cs="Times New Roman"/>
          <w:i/>
          <w:iCs/>
          <w:sz w:val="24"/>
          <w:szCs w:val="24"/>
          <w:lang w:val="en-GB"/>
        </w:rPr>
        <w:t>name and position</w:t>
      </w:r>
      <w:r w:rsidRPr="003F7EF5">
        <w:rPr>
          <w:rFonts w:ascii="Times New Roman" w:hAnsi="Times New Roman" w:cs="Times New Roman"/>
          <w:sz w:val="24"/>
          <w:szCs w:val="24"/>
          <w:lang w:val="en-GB"/>
        </w:rPr>
        <w:t>]</w:t>
      </w:r>
    </w:p>
    <w:p w14:paraId="45796738" w14:textId="77777777" w:rsidR="003E1EF8" w:rsidRPr="003F7EF5" w:rsidRDefault="00370A81">
      <w:pPr>
        <w:spacing w:after="60"/>
        <w:rPr>
          <w:rFonts w:ascii="Times New Roman" w:hAnsi="Times New Roman" w:cs="Times New Roman"/>
          <w:sz w:val="24"/>
          <w:szCs w:val="24"/>
          <w:lang w:val="en-GB"/>
        </w:rPr>
      </w:pPr>
      <w:r w:rsidRPr="003F7EF5">
        <w:rPr>
          <w:rFonts w:ascii="Times New Roman" w:hAnsi="Times New Roman" w:cs="Times New Roman"/>
          <w:b/>
          <w:sz w:val="24"/>
          <w:szCs w:val="24"/>
          <w:lang w:val="en-GB"/>
        </w:rPr>
        <w:t xml:space="preserve">Email: </w:t>
      </w:r>
      <w:r w:rsidRPr="003F7EF5">
        <w:rPr>
          <w:rFonts w:ascii="Times New Roman" w:hAnsi="Times New Roman" w:cs="Times New Roman"/>
          <w:sz w:val="24"/>
          <w:szCs w:val="24"/>
          <w:lang w:val="en-GB"/>
        </w:rPr>
        <w:t>[</w:t>
      </w:r>
      <w:r w:rsidRPr="003F7EF5">
        <w:rPr>
          <w:rFonts w:ascii="Times New Roman" w:hAnsi="Times New Roman" w:cs="Times New Roman"/>
          <w:i/>
          <w:iCs/>
          <w:sz w:val="24"/>
          <w:szCs w:val="24"/>
          <w:lang w:val="en-GB"/>
        </w:rPr>
        <w:t>email</w:t>
      </w:r>
      <w:r w:rsidRPr="003F7EF5">
        <w:rPr>
          <w:rFonts w:ascii="Times New Roman" w:hAnsi="Times New Roman" w:cs="Times New Roman"/>
          <w:sz w:val="24"/>
          <w:szCs w:val="24"/>
          <w:lang w:val="en-GB"/>
        </w:rPr>
        <w:t>]</w:t>
      </w:r>
    </w:p>
    <w:p w14:paraId="5D799673" w14:textId="77777777" w:rsidR="003E1EF8" w:rsidRPr="003F7EF5" w:rsidRDefault="00370A81">
      <w:pPr>
        <w:spacing w:after="60"/>
        <w:rPr>
          <w:rFonts w:ascii="Times New Roman" w:hAnsi="Times New Roman" w:cs="Times New Roman"/>
          <w:sz w:val="24"/>
          <w:szCs w:val="24"/>
          <w:lang w:val="en-GB"/>
        </w:rPr>
      </w:pPr>
      <w:r w:rsidRPr="003F7EF5">
        <w:rPr>
          <w:rFonts w:ascii="Times New Roman" w:hAnsi="Times New Roman" w:cs="Times New Roman"/>
          <w:b/>
          <w:sz w:val="24"/>
          <w:szCs w:val="24"/>
          <w:lang w:val="en-GB"/>
        </w:rPr>
        <w:t xml:space="preserve">Telephone: </w:t>
      </w:r>
      <w:r w:rsidRPr="003F7EF5">
        <w:rPr>
          <w:rFonts w:ascii="Times New Roman" w:hAnsi="Times New Roman" w:cs="Times New Roman"/>
          <w:sz w:val="24"/>
          <w:szCs w:val="24"/>
          <w:lang w:val="en-GB"/>
        </w:rPr>
        <w:t>[</w:t>
      </w:r>
      <w:r w:rsidRPr="003F7EF5">
        <w:rPr>
          <w:rFonts w:ascii="Times New Roman" w:hAnsi="Times New Roman" w:cs="Times New Roman"/>
          <w:i/>
          <w:iCs/>
          <w:sz w:val="24"/>
          <w:szCs w:val="24"/>
          <w:lang w:val="en-GB"/>
        </w:rPr>
        <w:t>telephone number</w:t>
      </w:r>
      <w:r w:rsidRPr="003F7EF5">
        <w:rPr>
          <w:rFonts w:ascii="Times New Roman" w:hAnsi="Times New Roman" w:cs="Times New Roman"/>
          <w:sz w:val="24"/>
          <w:szCs w:val="24"/>
          <w:lang w:val="en-GB"/>
        </w:rPr>
        <w:t>]</w:t>
      </w:r>
    </w:p>
    <w:p w14:paraId="6303A4E0" w14:textId="77777777" w:rsidR="00865410" w:rsidRPr="003F7EF5" w:rsidRDefault="00865410">
      <w:pPr>
        <w:spacing w:after="60"/>
        <w:rPr>
          <w:rFonts w:ascii="Times New Roman" w:hAnsi="Times New Roman" w:cs="Times New Roman"/>
          <w:sz w:val="24"/>
          <w:szCs w:val="24"/>
          <w:lang w:val="en-GB"/>
        </w:rPr>
      </w:pPr>
    </w:p>
    <w:p w14:paraId="1BE215E8" w14:textId="77777777" w:rsidR="00865410" w:rsidRPr="003F7EF5" w:rsidRDefault="00865410">
      <w:pPr>
        <w:spacing w:after="60"/>
        <w:rPr>
          <w:rFonts w:ascii="Times New Roman" w:hAnsi="Times New Roman" w:cs="Times New Roman"/>
          <w:sz w:val="24"/>
          <w:szCs w:val="24"/>
          <w:lang w:val="en-GB"/>
        </w:rPr>
      </w:pPr>
    </w:p>
    <w:p w14:paraId="1C8DA214" w14:textId="77777777" w:rsidR="003E1EF8" w:rsidRPr="003F7EF5" w:rsidRDefault="00370A81">
      <w:pPr>
        <w:spacing w:before="160" w:after="80"/>
        <w:rPr>
          <w:rFonts w:ascii="Times New Roman" w:hAnsi="Times New Roman" w:cs="Times New Roman"/>
          <w:sz w:val="24"/>
          <w:szCs w:val="24"/>
          <w:lang w:val="en-GB"/>
        </w:rPr>
      </w:pPr>
      <w:r w:rsidRPr="003F7EF5">
        <w:rPr>
          <w:rFonts w:ascii="Times New Roman" w:hAnsi="Times New Roman" w:cs="Times New Roman"/>
          <w:b/>
          <w:sz w:val="24"/>
          <w:szCs w:val="24"/>
          <w:lang w:val="en-GB"/>
        </w:rPr>
        <w:t>2. Preferred service model</w:t>
      </w:r>
    </w:p>
    <w:p w14:paraId="7E16BC6E" w14:textId="77777777" w:rsidR="005B459F" w:rsidRPr="003F7EF5" w:rsidRDefault="005B459F" w:rsidP="00865410">
      <w:pPr>
        <w:spacing w:after="40"/>
        <w:ind w:left="283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F7EF5">
        <w:rPr>
          <w:rFonts w:ascii="Times New Roman" w:hAnsi="Times New Roman" w:cs="Times New Roman"/>
          <w:sz w:val="24"/>
          <w:szCs w:val="24"/>
          <w:lang w:val="en-GB"/>
        </w:rPr>
        <w:t>Please tick the options that are of interest to you:</w:t>
      </w:r>
    </w:p>
    <w:p w14:paraId="62E4F8D9" w14:textId="77777777" w:rsidR="005B459F" w:rsidRPr="003F7EF5" w:rsidRDefault="005B459F" w:rsidP="00865410">
      <w:pPr>
        <w:spacing w:after="40"/>
        <w:ind w:left="283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2F0EED4" w14:textId="17DDE9E0" w:rsidR="003E1EF8" w:rsidRPr="00FD4D14" w:rsidRDefault="00370A81" w:rsidP="00865410">
      <w:pPr>
        <w:spacing w:after="40"/>
        <w:ind w:left="283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F7EF5">
        <w:rPr>
          <w:rFonts w:ascii="Segoe UI Symbol" w:hAnsi="Segoe UI Symbol" w:cs="Segoe UI Symbol"/>
          <w:sz w:val="24"/>
          <w:szCs w:val="24"/>
          <w:lang w:val="en-GB"/>
        </w:rPr>
        <w:t xml:space="preserve">☐ </w:t>
      </w:r>
      <w:r w:rsidRPr="00FD4D14">
        <w:rPr>
          <w:rFonts w:ascii="Times New Roman" w:hAnsi="Times New Roman" w:cs="Times New Roman"/>
          <w:sz w:val="24"/>
          <w:szCs w:val="24"/>
          <w:lang w:val="en-GB"/>
        </w:rPr>
        <w:t xml:space="preserve">Bulgargaz EAD </w:t>
      </w:r>
      <w:r w:rsidR="00E90EDA" w:rsidRPr="00FD4D14">
        <w:rPr>
          <w:rFonts w:ascii="Times New Roman" w:hAnsi="Times New Roman" w:cs="Times New Roman"/>
          <w:sz w:val="24"/>
          <w:szCs w:val="24"/>
          <w:lang w:val="en-GB"/>
        </w:rPr>
        <w:t>suppl</w:t>
      </w:r>
      <w:r w:rsidR="00D66859" w:rsidRPr="00FD4D14">
        <w:rPr>
          <w:rFonts w:ascii="Times New Roman" w:hAnsi="Times New Roman" w:cs="Times New Roman"/>
          <w:sz w:val="24"/>
          <w:szCs w:val="24"/>
          <w:lang w:val="en-GB"/>
        </w:rPr>
        <w:t>ies</w:t>
      </w:r>
      <w:r w:rsidR="00E90EDA" w:rsidRPr="00FD4D14">
        <w:rPr>
          <w:rFonts w:ascii="Times New Roman" w:hAnsi="Times New Roman" w:cs="Times New Roman"/>
          <w:sz w:val="24"/>
          <w:szCs w:val="24"/>
          <w:lang w:val="en-GB"/>
        </w:rPr>
        <w:t xml:space="preserve"> natural gas to an agreed point in the gas transmission network of ………………. </w:t>
      </w:r>
      <w:r w:rsidR="00E90EDA" w:rsidRPr="00FD4D14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(specify country) </w:t>
      </w:r>
      <w:r w:rsidR="00E90EDA" w:rsidRPr="00FD4D14">
        <w:rPr>
          <w:rFonts w:ascii="Times New Roman" w:hAnsi="Times New Roman" w:cs="Times New Roman"/>
          <w:sz w:val="24"/>
          <w:szCs w:val="24"/>
          <w:lang w:val="en-GB"/>
        </w:rPr>
        <w:t>from reliable producers of liquefied natural gas (LNG)</w:t>
      </w:r>
      <w:r w:rsidRPr="00FD4D14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100704D3" w14:textId="40C612B3" w:rsidR="003E1EF8" w:rsidRPr="003F7EF5" w:rsidRDefault="00370A81" w:rsidP="00865410">
      <w:pPr>
        <w:spacing w:after="40"/>
        <w:ind w:left="283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D4D14">
        <w:rPr>
          <w:rFonts w:ascii="Segoe UI Symbol" w:hAnsi="Segoe UI Symbol" w:cs="Segoe UI Symbol"/>
          <w:sz w:val="24"/>
          <w:szCs w:val="24"/>
          <w:lang w:val="en-GB"/>
        </w:rPr>
        <w:t xml:space="preserve">☐ </w:t>
      </w:r>
      <w:r w:rsidRPr="00FD4D14">
        <w:rPr>
          <w:rFonts w:ascii="Times New Roman" w:hAnsi="Times New Roman" w:cs="Times New Roman"/>
          <w:sz w:val="24"/>
          <w:szCs w:val="24"/>
          <w:lang w:val="en-GB"/>
        </w:rPr>
        <w:t>Our company supplies the liquefied natural gas, whilst Bulgargaz EAD provides the associated comprehensive service, including</w:t>
      </w:r>
      <w:r w:rsidRPr="003F7EF5">
        <w:rPr>
          <w:rFonts w:ascii="Times New Roman" w:hAnsi="Times New Roman" w:cs="Times New Roman"/>
          <w:sz w:val="24"/>
          <w:szCs w:val="24"/>
          <w:lang w:val="en-GB"/>
        </w:rPr>
        <w:t xml:space="preserve"> receipt of the cargo, regasification, storage and/or transmission, and delivery of an equivalent quantity of natural gas to an agreed point of transfer of </w:t>
      </w:r>
      <w:r w:rsidR="009C6FA1" w:rsidRPr="003F7EF5">
        <w:rPr>
          <w:rFonts w:ascii="Times New Roman" w:hAnsi="Times New Roman" w:cs="Times New Roman"/>
          <w:sz w:val="24"/>
          <w:szCs w:val="24"/>
          <w:lang w:val="en-GB"/>
        </w:rPr>
        <w:t>title</w:t>
      </w:r>
      <w:r w:rsidRPr="003F7EF5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2C898733" w14:textId="77777777" w:rsidR="00865410" w:rsidRPr="003F7EF5" w:rsidRDefault="00865410" w:rsidP="00865410">
      <w:pPr>
        <w:spacing w:after="40"/>
        <w:ind w:left="283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008A2ED2" w14:textId="77777777" w:rsidR="003E1EF8" w:rsidRPr="003F7EF5" w:rsidRDefault="00370A81">
      <w:pPr>
        <w:spacing w:before="160" w:after="80"/>
        <w:rPr>
          <w:rFonts w:ascii="Times New Roman" w:hAnsi="Times New Roman" w:cs="Times New Roman"/>
          <w:sz w:val="24"/>
          <w:szCs w:val="24"/>
          <w:lang w:val="en-GB"/>
        </w:rPr>
      </w:pPr>
      <w:r w:rsidRPr="003F7EF5">
        <w:rPr>
          <w:rFonts w:ascii="Times New Roman" w:hAnsi="Times New Roman" w:cs="Times New Roman"/>
          <w:b/>
          <w:sz w:val="24"/>
          <w:szCs w:val="24"/>
          <w:lang w:val="en-GB"/>
        </w:rPr>
        <w:t>3. Indicative requirements</w:t>
      </w:r>
    </w:p>
    <w:p w14:paraId="7FAE20CD" w14:textId="37FF2C56" w:rsidR="00865410" w:rsidRPr="003F7EF5" w:rsidRDefault="00865410">
      <w:pPr>
        <w:spacing w:after="80"/>
        <w:rPr>
          <w:rFonts w:ascii="Times New Roman" w:hAnsi="Times New Roman" w:cs="Times New Roman"/>
          <w:sz w:val="24"/>
          <w:szCs w:val="24"/>
          <w:lang w:val="en-GB"/>
        </w:rPr>
      </w:pPr>
      <w:r w:rsidRPr="003F7EF5">
        <w:rPr>
          <w:rFonts w:ascii="Times New Roman" w:hAnsi="Times New Roman" w:cs="Times New Roman"/>
          <w:sz w:val="24"/>
          <w:szCs w:val="24"/>
          <w:lang w:val="en-GB"/>
        </w:rPr>
        <w:t xml:space="preserve">Please indicate your current forecast of your natural gas requirements </w:t>
      </w:r>
      <w:r w:rsidR="008B2C7A" w:rsidRPr="003F7EF5">
        <w:rPr>
          <w:rFonts w:ascii="Times New Roman" w:hAnsi="Times New Roman" w:cs="Times New Roman"/>
          <w:sz w:val="24"/>
          <w:szCs w:val="24"/>
          <w:lang w:val="en-GB"/>
        </w:rPr>
        <w:t>by completing the table below</w:t>
      </w:r>
      <w:r w:rsidRPr="003F7EF5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43F49867" w14:textId="77777777" w:rsidR="00865410" w:rsidRPr="003F7EF5" w:rsidRDefault="00865410">
      <w:pPr>
        <w:spacing w:after="80"/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90"/>
        <w:gridCol w:w="1531"/>
        <w:gridCol w:w="1757"/>
        <w:gridCol w:w="1814"/>
        <w:gridCol w:w="1814"/>
      </w:tblGrid>
      <w:tr w:rsidR="008B2C7A" w:rsidRPr="003F7EF5" w14:paraId="600A6BB1" w14:textId="77777777" w:rsidTr="00865410">
        <w:trPr>
          <w:tblHeader/>
          <w:jc w:val="center"/>
        </w:trPr>
        <w:tc>
          <w:tcPr>
            <w:tcW w:w="1190" w:type="dxa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73EBC0" w14:textId="77777777" w:rsidR="008B2C7A" w:rsidRPr="003F7EF5" w:rsidRDefault="008B2C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F7EF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lastRenderedPageBreak/>
              <w:t>Gas year</w:t>
            </w:r>
          </w:p>
        </w:tc>
        <w:tc>
          <w:tcPr>
            <w:tcW w:w="1531" w:type="dxa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28027D" w14:textId="2302A7E2" w:rsidR="008B2C7A" w:rsidRPr="003F7EF5" w:rsidRDefault="008B2C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F7EF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Forecast annual </w:t>
            </w:r>
            <w:r w:rsidR="004325C2" w:rsidRPr="003F7EF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LNG </w:t>
            </w:r>
            <w:r w:rsidR="00FB7A04" w:rsidRPr="003F7EF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quantity</w:t>
            </w:r>
            <w:r w:rsidRPr="003F7EF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r w:rsidRPr="003F7EF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br/>
              <w:t>(GWh)</w:t>
            </w:r>
          </w:p>
        </w:tc>
        <w:tc>
          <w:tcPr>
            <w:tcW w:w="1757" w:type="dxa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276EBE" w14:textId="731E7686" w:rsidR="008B2C7A" w:rsidRPr="003F7EF5" w:rsidRDefault="008B2C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F7EF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Period required to </w:t>
            </w:r>
            <w:r w:rsidR="00F02D77" w:rsidRPr="003F7EF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offtake</w:t>
            </w:r>
            <w:r w:rsidRPr="003F7EF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the equivalent quantity from </w:t>
            </w:r>
            <w:r w:rsidR="0020030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1</w:t>
            </w:r>
            <w:r w:rsidR="00A67998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r w:rsidRPr="003F7EF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LNG cargo</w:t>
            </w:r>
            <w:r w:rsidRPr="003F7EF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br/>
              <w:t>(number of days)</w:t>
            </w:r>
          </w:p>
        </w:tc>
        <w:tc>
          <w:tcPr>
            <w:tcW w:w="1814" w:type="dxa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D0772B" w14:textId="55141933" w:rsidR="008B2C7A" w:rsidRPr="003F7EF5" w:rsidRDefault="008B2C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F7EF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Preferred point for subsequent delivery</w:t>
            </w:r>
            <w:r w:rsidRPr="003F7EF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br/>
              <w:t>(VTP/ITTP and EIC code)*</w:t>
            </w:r>
          </w:p>
        </w:tc>
        <w:tc>
          <w:tcPr>
            <w:tcW w:w="1814" w:type="dxa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78881C" w14:textId="77777777" w:rsidR="008B2C7A" w:rsidRPr="003F7EF5" w:rsidRDefault="008B2C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F7EF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Additional requirements / notes</w:t>
            </w:r>
          </w:p>
        </w:tc>
      </w:tr>
      <w:tr w:rsidR="008B2C7A" w:rsidRPr="003F7EF5" w14:paraId="654CA42F" w14:textId="77777777" w:rsidTr="00865410">
        <w:trPr>
          <w:jc w:val="center"/>
        </w:trPr>
        <w:tc>
          <w:tcPr>
            <w:tcW w:w="119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D2571F" w14:textId="77777777" w:rsidR="008B2C7A" w:rsidRPr="003F7EF5" w:rsidRDefault="008B2C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F7E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2026/2027</w:t>
            </w:r>
          </w:p>
        </w:tc>
        <w:tc>
          <w:tcPr>
            <w:tcW w:w="1531" w:type="dxa"/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64F05E" w14:textId="4BEBCEE8" w:rsidR="008B2C7A" w:rsidRPr="003F7EF5" w:rsidRDefault="008B2C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57" w:type="dxa"/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ACD831" w14:textId="0B07F918" w:rsidR="008B2C7A" w:rsidRPr="003F7EF5" w:rsidRDefault="008B2C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814" w:type="dxa"/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EE8D2B" w14:textId="4865F8D6" w:rsidR="008B2C7A" w:rsidRPr="003F7EF5" w:rsidRDefault="008B2C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814" w:type="dxa"/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AA7B65" w14:textId="7F17A01A" w:rsidR="008B2C7A" w:rsidRPr="003F7EF5" w:rsidRDefault="008B2C7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8B2C7A" w:rsidRPr="003F7EF5" w14:paraId="2229051A" w14:textId="77777777" w:rsidTr="00865410">
        <w:trPr>
          <w:jc w:val="center"/>
        </w:trPr>
        <w:tc>
          <w:tcPr>
            <w:tcW w:w="119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439EC0" w14:textId="77777777" w:rsidR="008B2C7A" w:rsidRPr="003F7EF5" w:rsidRDefault="008B2C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F7E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2027/2028</w:t>
            </w:r>
          </w:p>
        </w:tc>
        <w:tc>
          <w:tcPr>
            <w:tcW w:w="1531" w:type="dxa"/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2E195E" w14:textId="22C21B1F" w:rsidR="008B2C7A" w:rsidRPr="003F7EF5" w:rsidRDefault="008B2C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57" w:type="dxa"/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5D9E92" w14:textId="707A66AE" w:rsidR="008B2C7A" w:rsidRPr="003F7EF5" w:rsidRDefault="008B2C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814" w:type="dxa"/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990514" w14:textId="7234D91F" w:rsidR="008B2C7A" w:rsidRPr="003F7EF5" w:rsidRDefault="008B2C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814" w:type="dxa"/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64B964" w14:textId="306D752C" w:rsidR="008B2C7A" w:rsidRPr="003F7EF5" w:rsidRDefault="008B2C7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8B2C7A" w:rsidRPr="003F7EF5" w14:paraId="0A4D8609" w14:textId="77777777" w:rsidTr="00865410">
        <w:trPr>
          <w:jc w:val="center"/>
        </w:trPr>
        <w:tc>
          <w:tcPr>
            <w:tcW w:w="119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B56CC5" w14:textId="77777777" w:rsidR="008B2C7A" w:rsidRPr="003F7EF5" w:rsidRDefault="008B2C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F7E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2028/2029</w:t>
            </w:r>
          </w:p>
        </w:tc>
        <w:tc>
          <w:tcPr>
            <w:tcW w:w="1531" w:type="dxa"/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1A8F7E" w14:textId="4508E172" w:rsidR="008B2C7A" w:rsidRPr="003F7EF5" w:rsidRDefault="008B2C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57" w:type="dxa"/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5094E9" w14:textId="09ACCB88" w:rsidR="008B2C7A" w:rsidRPr="003F7EF5" w:rsidRDefault="008B2C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814" w:type="dxa"/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6DB464" w14:textId="43EA2C28" w:rsidR="008B2C7A" w:rsidRPr="003F7EF5" w:rsidRDefault="008B2C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814" w:type="dxa"/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AE4301" w14:textId="0B973C1F" w:rsidR="008B2C7A" w:rsidRPr="003F7EF5" w:rsidRDefault="008B2C7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8B2C7A" w:rsidRPr="003F7EF5" w14:paraId="3F768DC3" w14:textId="77777777" w:rsidTr="00865410">
        <w:trPr>
          <w:jc w:val="center"/>
        </w:trPr>
        <w:tc>
          <w:tcPr>
            <w:tcW w:w="119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1BC6BC" w14:textId="77777777" w:rsidR="008B2C7A" w:rsidRPr="003F7EF5" w:rsidRDefault="008B2C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F7E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2029/2030</w:t>
            </w:r>
          </w:p>
        </w:tc>
        <w:tc>
          <w:tcPr>
            <w:tcW w:w="1531" w:type="dxa"/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A3EE5E" w14:textId="56C1897D" w:rsidR="008B2C7A" w:rsidRPr="003F7EF5" w:rsidRDefault="008B2C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57" w:type="dxa"/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BC39C6" w14:textId="251CA3B8" w:rsidR="008B2C7A" w:rsidRPr="003F7EF5" w:rsidRDefault="008B2C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814" w:type="dxa"/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0138AB" w14:textId="0597A188" w:rsidR="008B2C7A" w:rsidRPr="003F7EF5" w:rsidRDefault="008B2C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814" w:type="dxa"/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E7ECDC" w14:textId="00BD9F5F" w:rsidR="008B2C7A" w:rsidRPr="003F7EF5" w:rsidRDefault="008B2C7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8B2C7A" w:rsidRPr="003F7EF5" w14:paraId="40E8FB67" w14:textId="77777777" w:rsidTr="00865410">
        <w:trPr>
          <w:jc w:val="center"/>
        </w:trPr>
        <w:tc>
          <w:tcPr>
            <w:tcW w:w="119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294383" w14:textId="77777777" w:rsidR="008B2C7A" w:rsidRPr="003F7EF5" w:rsidRDefault="008B2C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F7E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……</w:t>
            </w:r>
          </w:p>
        </w:tc>
        <w:tc>
          <w:tcPr>
            <w:tcW w:w="1531" w:type="dxa"/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0FD1FB" w14:textId="542B2A8D" w:rsidR="008B2C7A" w:rsidRPr="003F7EF5" w:rsidRDefault="008B2C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57" w:type="dxa"/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077FE7" w14:textId="2F831E39" w:rsidR="008B2C7A" w:rsidRPr="003F7EF5" w:rsidRDefault="008B2C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814" w:type="dxa"/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C26689" w14:textId="6040C2EE" w:rsidR="008B2C7A" w:rsidRPr="003F7EF5" w:rsidRDefault="008B2C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814" w:type="dxa"/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E4504A" w14:textId="59C47170" w:rsidR="008B2C7A" w:rsidRPr="003F7EF5" w:rsidRDefault="008B2C7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14:paraId="71E90D8A" w14:textId="77777777" w:rsidR="00865410" w:rsidRPr="003F7EF5" w:rsidRDefault="00865410">
      <w:pPr>
        <w:spacing w:before="160" w:after="80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61970D52" w14:textId="1B90B4F0" w:rsidR="008B2C7A" w:rsidRPr="003F7EF5" w:rsidRDefault="008B2C7A" w:rsidP="008B2C7A">
      <w:pPr>
        <w:spacing w:before="160" w:after="80"/>
        <w:jc w:val="both"/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</w:pPr>
      <w:r w:rsidRPr="003F7EF5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 xml:space="preserve">* Bulgargaz is a registered user of the gas transmission systems in Bulgaria, Greece, Romania and Hungary and may carry out transactions </w:t>
      </w:r>
      <w:r w:rsidR="005602F9">
        <w:rPr>
          <w:rFonts w:ascii="Times New Roman" w:hAnsi="Times New Roman" w:cs="Times New Roman"/>
          <w:bCs/>
          <w:i/>
          <w:iCs/>
          <w:sz w:val="24"/>
          <w:szCs w:val="24"/>
        </w:rPr>
        <w:t>at</w:t>
      </w:r>
      <w:r w:rsidRPr="003F7EF5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 xml:space="preserve"> the</w:t>
      </w:r>
      <w:r w:rsidR="00D01E24" w:rsidRPr="003F7EF5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 xml:space="preserve"> VTP</w:t>
      </w:r>
      <w:r w:rsidR="00437C9C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>s</w:t>
      </w:r>
      <w:r w:rsidRPr="003F7EF5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 xml:space="preserve"> of the</w:t>
      </w:r>
      <w:r w:rsidR="00014415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 xml:space="preserve"> respective</w:t>
      </w:r>
      <w:r w:rsidRPr="003F7EF5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 xml:space="preserve"> countries, </w:t>
      </w:r>
      <w:r w:rsidR="00EE75A8" w:rsidRPr="003F7EF5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>subject to the availability of capacity at the interconnection points</w:t>
      </w:r>
      <w:r w:rsidRPr="003F7EF5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>.</w:t>
      </w:r>
      <w:r w:rsidR="00631DF6" w:rsidRPr="003F7EF5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 xml:space="preserve"> </w:t>
      </w:r>
      <w:r w:rsidRPr="003F7EF5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 xml:space="preserve">Bulgargaz also has a registered subsidiary in Moldova and can carry out deliveries to Ukraine </w:t>
      </w:r>
      <w:r w:rsidR="00693963" w:rsidRPr="003F7EF5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>(up to the exit point Moldova).</w:t>
      </w:r>
    </w:p>
    <w:p w14:paraId="45017410" w14:textId="465409D0" w:rsidR="003E1EF8" w:rsidRPr="003F7EF5" w:rsidRDefault="00370A81">
      <w:pPr>
        <w:spacing w:before="160" w:after="80"/>
        <w:rPr>
          <w:rFonts w:ascii="Times New Roman" w:hAnsi="Times New Roman" w:cs="Times New Roman"/>
          <w:sz w:val="24"/>
          <w:szCs w:val="24"/>
          <w:lang w:val="en-GB"/>
        </w:rPr>
      </w:pPr>
      <w:r w:rsidRPr="003F7EF5">
        <w:rPr>
          <w:rFonts w:ascii="Times New Roman" w:hAnsi="Times New Roman" w:cs="Times New Roman"/>
          <w:b/>
          <w:sz w:val="24"/>
          <w:szCs w:val="24"/>
          <w:lang w:val="en-GB"/>
        </w:rPr>
        <w:t xml:space="preserve">4. </w:t>
      </w:r>
      <w:r w:rsidR="00FB394C">
        <w:rPr>
          <w:rFonts w:ascii="Times New Roman" w:hAnsi="Times New Roman" w:cs="Times New Roman"/>
          <w:b/>
          <w:sz w:val="24"/>
          <w:szCs w:val="24"/>
          <w:lang w:val="en-GB"/>
        </w:rPr>
        <w:t>Additional</w:t>
      </w:r>
      <w:r w:rsidRPr="003F7EF5">
        <w:rPr>
          <w:rFonts w:ascii="Times New Roman" w:hAnsi="Times New Roman" w:cs="Times New Roman"/>
          <w:b/>
          <w:sz w:val="24"/>
          <w:szCs w:val="24"/>
          <w:lang w:val="en-GB"/>
        </w:rPr>
        <w:t xml:space="preserve"> information</w:t>
      </w:r>
    </w:p>
    <w:p w14:paraId="11E1F4AA" w14:textId="1F9D4C57" w:rsidR="005B459F" w:rsidRPr="003F7EF5" w:rsidRDefault="005B459F">
      <w:pPr>
        <w:spacing w:after="8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F7EF5">
        <w:rPr>
          <w:rFonts w:ascii="Times New Roman" w:hAnsi="Times New Roman" w:cs="Times New Roman"/>
          <w:sz w:val="24"/>
          <w:szCs w:val="24"/>
          <w:lang w:val="en-GB"/>
        </w:rPr>
        <w:t xml:space="preserve">We would be pleased to discuss with you the </w:t>
      </w:r>
      <w:r w:rsidR="00B1587E" w:rsidRPr="00B1587E">
        <w:rPr>
          <w:rFonts w:ascii="Times New Roman" w:hAnsi="Times New Roman" w:cs="Times New Roman"/>
          <w:sz w:val="24"/>
          <w:szCs w:val="24"/>
        </w:rPr>
        <w:t>potential</w:t>
      </w:r>
      <w:r w:rsidRPr="003F7EF5">
        <w:rPr>
          <w:rFonts w:ascii="Times New Roman" w:hAnsi="Times New Roman" w:cs="Times New Roman"/>
          <w:sz w:val="24"/>
          <w:szCs w:val="24"/>
          <w:lang w:val="en-GB"/>
        </w:rPr>
        <w:t xml:space="preserve"> structure of the service, as well as the related technical, commercial and contractual terms</w:t>
      </w:r>
      <w:r w:rsidR="00580B35" w:rsidRPr="003F7EF5">
        <w:rPr>
          <w:rFonts w:ascii="Times New Roman" w:hAnsi="Times New Roman" w:cs="Times New Roman"/>
          <w:sz w:val="24"/>
          <w:szCs w:val="24"/>
          <w:lang w:val="en-GB"/>
        </w:rPr>
        <w:t xml:space="preserve"> and conditions</w:t>
      </w:r>
      <w:r w:rsidRPr="003F7EF5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63CE54E4" w14:textId="73248D88" w:rsidR="003E1EF8" w:rsidRPr="003F7EF5" w:rsidRDefault="00370A81">
      <w:pPr>
        <w:spacing w:after="8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F7EF5">
        <w:rPr>
          <w:rFonts w:ascii="Times New Roman" w:hAnsi="Times New Roman" w:cs="Times New Roman"/>
          <w:sz w:val="24"/>
          <w:szCs w:val="24"/>
          <w:lang w:val="en-GB"/>
        </w:rPr>
        <w:t xml:space="preserve">Any additional </w:t>
      </w:r>
      <w:r w:rsidR="008B2C7A" w:rsidRPr="003F7EF5">
        <w:rPr>
          <w:rFonts w:ascii="Times New Roman" w:hAnsi="Times New Roman" w:cs="Times New Roman"/>
          <w:sz w:val="24"/>
          <w:szCs w:val="24"/>
          <w:lang w:val="en-GB"/>
        </w:rPr>
        <w:t xml:space="preserve">comments and/or services </w:t>
      </w:r>
      <w:r w:rsidRPr="003F7EF5">
        <w:rPr>
          <w:rFonts w:ascii="Times New Roman" w:hAnsi="Times New Roman" w:cs="Times New Roman"/>
          <w:sz w:val="24"/>
          <w:szCs w:val="24"/>
          <w:lang w:val="en-GB"/>
        </w:rPr>
        <w:t>relevant to the interest you have expressed are set out below:</w:t>
      </w:r>
    </w:p>
    <w:p w14:paraId="267F0E45" w14:textId="77777777" w:rsidR="00865410" w:rsidRPr="003F7EF5" w:rsidRDefault="00865410">
      <w:pPr>
        <w:spacing w:after="8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062"/>
      </w:tblGrid>
      <w:tr w:rsidR="003E1EF8" w:rsidRPr="003F7EF5" w14:paraId="52DC9989" w14:textId="77777777">
        <w:trPr>
          <w:jc w:val="center"/>
        </w:trPr>
        <w:tc>
          <w:tcPr>
            <w:tcW w:w="10200" w:type="dxa"/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9B88D0" w14:textId="77777777" w:rsidR="003E1EF8" w:rsidRPr="003F7EF5" w:rsidRDefault="00370A8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3F7EF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[please complete if applicable]</w:t>
            </w:r>
          </w:p>
        </w:tc>
      </w:tr>
      <w:tr w:rsidR="003E1EF8" w:rsidRPr="003F7EF5" w14:paraId="7C861F58" w14:textId="77777777">
        <w:trPr>
          <w:jc w:val="center"/>
        </w:trPr>
        <w:tc>
          <w:tcPr>
            <w:tcW w:w="1020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FAEDEA" w14:textId="77777777" w:rsidR="003E1EF8" w:rsidRPr="003F7EF5" w:rsidRDefault="00370A8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F7E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br/>
            </w:r>
            <w:r w:rsidRPr="003F7E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br/>
            </w:r>
          </w:p>
        </w:tc>
      </w:tr>
    </w:tbl>
    <w:p w14:paraId="5C52A9C5" w14:textId="77777777" w:rsidR="00865410" w:rsidRPr="003F7EF5" w:rsidRDefault="00865410">
      <w:pPr>
        <w:spacing w:before="160" w:after="80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406D5E31" w14:textId="73534388" w:rsidR="003E1EF8" w:rsidRPr="003F7EF5" w:rsidRDefault="00370A81">
      <w:pPr>
        <w:spacing w:before="160" w:after="80"/>
        <w:rPr>
          <w:rFonts w:ascii="Times New Roman" w:hAnsi="Times New Roman" w:cs="Times New Roman"/>
          <w:sz w:val="24"/>
          <w:szCs w:val="24"/>
          <w:lang w:val="en-GB"/>
        </w:rPr>
      </w:pPr>
      <w:r w:rsidRPr="003F7EF5">
        <w:rPr>
          <w:rFonts w:ascii="Times New Roman" w:hAnsi="Times New Roman" w:cs="Times New Roman"/>
          <w:b/>
          <w:sz w:val="24"/>
          <w:szCs w:val="24"/>
          <w:lang w:val="en-GB"/>
        </w:rPr>
        <w:t>5. Signature</w:t>
      </w:r>
    </w:p>
    <w:p w14:paraId="3EC354F1" w14:textId="77777777" w:rsidR="003E1EF8" w:rsidRPr="003F7EF5" w:rsidRDefault="00370A81">
      <w:pPr>
        <w:spacing w:after="60"/>
        <w:rPr>
          <w:rFonts w:ascii="Times New Roman" w:hAnsi="Times New Roman" w:cs="Times New Roman"/>
          <w:sz w:val="24"/>
          <w:szCs w:val="24"/>
          <w:lang w:val="en-GB"/>
        </w:rPr>
      </w:pPr>
      <w:r w:rsidRPr="003F7EF5">
        <w:rPr>
          <w:rFonts w:ascii="Times New Roman" w:hAnsi="Times New Roman" w:cs="Times New Roman"/>
          <w:b/>
          <w:sz w:val="24"/>
          <w:szCs w:val="24"/>
          <w:lang w:val="en-GB"/>
        </w:rPr>
        <w:t xml:space="preserve">For and on behalf of: </w:t>
      </w:r>
      <w:r w:rsidRPr="003F7EF5">
        <w:rPr>
          <w:rFonts w:ascii="Times New Roman" w:hAnsi="Times New Roman" w:cs="Times New Roman"/>
          <w:sz w:val="24"/>
          <w:szCs w:val="24"/>
          <w:lang w:val="en-GB"/>
        </w:rPr>
        <w:t>[</w:t>
      </w:r>
      <w:r w:rsidRPr="003F7EF5">
        <w:rPr>
          <w:rFonts w:ascii="Times New Roman" w:hAnsi="Times New Roman" w:cs="Times New Roman"/>
          <w:i/>
          <w:iCs/>
          <w:sz w:val="24"/>
          <w:szCs w:val="24"/>
          <w:lang w:val="en-GB"/>
        </w:rPr>
        <w:t>company name</w:t>
      </w:r>
      <w:r w:rsidRPr="003F7EF5">
        <w:rPr>
          <w:rFonts w:ascii="Times New Roman" w:hAnsi="Times New Roman" w:cs="Times New Roman"/>
          <w:sz w:val="24"/>
          <w:szCs w:val="24"/>
          <w:lang w:val="en-GB"/>
        </w:rPr>
        <w:t>]</w:t>
      </w:r>
    </w:p>
    <w:p w14:paraId="669E84E7" w14:textId="1F2559DE" w:rsidR="003E1EF8" w:rsidRPr="003F7EF5" w:rsidRDefault="00370A81">
      <w:pPr>
        <w:spacing w:after="60"/>
        <w:rPr>
          <w:rFonts w:ascii="Times New Roman" w:hAnsi="Times New Roman" w:cs="Times New Roman"/>
          <w:sz w:val="24"/>
          <w:szCs w:val="24"/>
          <w:lang w:val="en-GB"/>
        </w:rPr>
      </w:pPr>
      <w:r w:rsidRPr="003F7EF5">
        <w:rPr>
          <w:rFonts w:ascii="Times New Roman" w:hAnsi="Times New Roman" w:cs="Times New Roman"/>
          <w:b/>
          <w:sz w:val="24"/>
          <w:szCs w:val="24"/>
          <w:lang w:val="en-GB"/>
        </w:rPr>
        <w:t xml:space="preserve">Name: </w:t>
      </w:r>
      <w:r w:rsidRPr="003F7EF5">
        <w:rPr>
          <w:rFonts w:ascii="Times New Roman" w:hAnsi="Times New Roman" w:cs="Times New Roman"/>
          <w:sz w:val="24"/>
          <w:szCs w:val="24"/>
          <w:lang w:val="en-GB"/>
        </w:rPr>
        <w:t>[</w:t>
      </w:r>
      <w:r w:rsidR="00865410" w:rsidRPr="003F7EF5">
        <w:rPr>
          <w:rFonts w:ascii="Times New Roman" w:hAnsi="Times New Roman" w:cs="Times New Roman"/>
          <w:i/>
          <w:iCs/>
          <w:sz w:val="24"/>
          <w:szCs w:val="24"/>
          <w:lang w:val="en-GB"/>
        </w:rPr>
        <w:t>name</w:t>
      </w:r>
      <w:r w:rsidRPr="003F7EF5">
        <w:rPr>
          <w:rFonts w:ascii="Times New Roman" w:hAnsi="Times New Roman" w:cs="Times New Roman"/>
          <w:sz w:val="24"/>
          <w:szCs w:val="24"/>
          <w:lang w:val="en-GB"/>
        </w:rPr>
        <w:t>]</w:t>
      </w:r>
    </w:p>
    <w:p w14:paraId="6A5D8C93" w14:textId="77777777" w:rsidR="003E1EF8" w:rsidRPr="003F7EF5" w:rsidRDefault="00370A81">
      <w:pPr>
        <w:spacing w:after="60"/>
        <w:rPr>
          <w:rFonts w:ascii="Times New Roman" w:hAnsi="Times New Roman" w:cs="Times New Roman"/>
          <w:sz w:val="24"/>
          <w:szCs w:val="24"/>
          <w:lang w:val="en-GB"/>
        </w:rPr>
      </w:pPr>
      <w:r w:rsidRPr="003F7EF5">
        <w:rPr>
          <w:rFonts w:ascii="Times New Roman" w:hAnsi="Times New Roman" w:cs="Times New Roman"/>
          <w:b/>
          <w:sz w:val="24"/>
          <w:szCs w:val="24"/>
          <w:lang w:val="en-GB"/>
        </w:rPr>
        <w:t xml:space="preserve">Position: </w:t>
      </w:r>
      <w:r w:rsidRPr="003F7EF5">
        <w:rPr>
          <w:rFonts w:ascii="Times New Roman" w:hAnsi="Times New Roman" w:cs="Times New Roman"/>
          <w:sz w:val="24"/>
          <w:szCs w:val="24"/>
          <w:lang w:val="en-GB"/>
        </w:rPr>
        <w:t>[</w:t>
      </w:r>
      <w:r w:rsidRPr="003F7EF5">
        <w:rPr>
          <w:rFonts w:ascii="Times New Roman" w:hAnsi="Times New Roman" w:cs="Times New Roman"/>
          <w:i/>
          <w:iCs/>
          <w:sz w:val="24"/>
          <w:szCs w:val="24"/>
          <w:lang w:val="en-GB"/>
        </w:rPr>
        <w:t>position</w:t>
      </w:r>
      <w:r w:rsidRPr="003F7EF5">
        <w:rPr>
          <w:rFonts w:ascii="Times New Roman" w:hAnsi="Times New Roman" w:cs="Times New Roman"/>
          <w:sz w:val="24"/>
          <w:szCs w:val="24"/>
          <w:lang w:val="en-GB"/>
        </w:rPr>
        <w:t>]</w:t>
      </w:r>
    </w:p>
    <w:p w14:paraId="21E6CA81" w14:textId="77777777" w:rsidR="003E1EF8" w:rsidRPr="003F7EF5" w:rsidRDefault="00370A81">
      <w:pPr>
        <w:spacing w:after="60"/>
        <w:rPr>
          <w:rFonts w:ascii="Times New Roman" w:hAnsi="Times New Roman" w:cs="Times New Roman"/>
          <w:sz w:val="24"/>
          <w:szCs w:val="24"/>
          <w:lang w:val="en-GB"/>
        </w:rPr>
      </w:pPr>
      <w:r w:rsidRPr="003F7EF5">
        <w:rPr>
          <w:rFonts w:ascii="Times New Roman" w:hAnsi="Times New Roman" w:cs="Times New Roman"/>
          <w:b/>
          <w:sz w:val="24"/>
          <w:szCs w:val="24"/>
          <w:lang w:val="en-GB"/>
        </w:rPr>
        <w:t>Signature:</w:t>
      </w:r>
      <w:r w:rsidRPr="003F7EF5">
        <w:rPr>
          <w:rFonts w:ascii="Times New Roman" w:hAnsi="Times New Roman" w:cs="Times New Roman"/>
          <w:sz w:val="24"/>
          <w:szCs w:val="24"/>
          <w:lang w:val="en-GB"/>
        </w:rPr>
        <w:t xml:space="preserve"> ____________________________</w:t>
      </w:r>
    </w:p>
    <w:p w14:paraId="2DF38E4E" w14:textId="77777777" w:rsidR="003E1EF8" w:rsidRPr="003F7EF5" w:rsidRDefault="00370A81">
      <w:pPr>
        <w:spacing w:after="60"/>
        <w:rPr>
          <w:rFonts w:ascii="Times New Roman" w:hAnsi="Times New Roman" w:cs="Times New Roman"/>
          <w:sz w:val="24"/>
          <w:szCs w:val="24"/>
          <w:lang w:val="en-GB"/>
        </w:rPr>
      </w:pPr>
      <w:r w:rsidRPr="003F7EF5">
        <w:rPr>
          <w:rFonts w:ascii="Times New Roman" w:hAnsi="Times New Roman" w:cs="Times New Roman"/>
          <w:b/>
          <w:sz w:val="24"/>
          <w:szCs w:val="24"/>
          <w:lang w:val="en-GB"/>
        </w:rPr>
        <w:t xml:space="preserve">Date: </w:t>
      </w:r>
      <w:r w:rsidRPr="003F7EF5">
        <w:rPr>
          <w:rFonts w:ascii="Times New Roman" w:hAnsi="Times New Roman" w:cs="Times New Roman"/>
          <w:sz w:val="24"/>
          <w:szCs w:val="24"/>
          <w:lang w:val="en-GB"/>
        </w:rPr>
        <w:t>[</w:t>
      </w:r>
      <w:r w:rsidRPr="003F7EF5">
        <w:rPr>
          <w:rFonts w:ascii="Times New Roman" w:hAnsi="Times New Roman" w:cs="Times New Roman"/>
          <w:i/>
          <w:iCs/>
          <w:sz w:val="24"/>
          <w:szCs w:val="24"/>
          <w:lang w:val="en-GB"/>
        </w:rPr>
        <w:t>dd.mm.yyyy</w:t>
      </w:r>
      <w:r w:rsidRPr="003F7EF5">
        <w:rPr>
          <w:rFonts w:ascii="Times New Roman" w:hAnsi="Times New Roman" w:cs="Times New Roman"/>
          <w:sz w:val="24"/>
          <w:szCs w:val="24"/>
          <w:lang w:val="en-GB"/>
        </w:rPr>
        <w:t>]</w:t>
      </w:r>
    </w:p>
    <w:sectPr w:rsidR="003E1EF8" w:rsidRPr="003F7EF5" w:rsidSect="00865410">
      <w:pgSz w:w="11906" w:h="16838" w:code="9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CAEA4" w14:textId="77777777" w:rsidR="000B5D5F" w:rsidRDefault="000B5D5F">
      <w:pPr>
        <w:spacing w:after="0" w:line="240" w:lineRule="auto"/>
      </w:pPr>
      <w:r>
        <w:separator/>
      </w:r>
    </w:p>
  </w:endnote>
  <w:endnote w:type="continuationSeparator" w:id="0">
    <w:p w14:paraId="6991C2FC" w14:textId="77777777" w:rsidR="000B5D5F" w:rsidRDefault="000B5D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16B3EB" w14:textId="77777777" w:rsidR="000B5D5F" w:rsidRDefault="000B5D5F">
      <w:pPr>
        <w:spacing w:after="0" w:line="240" w:lineRule="auto"/>
      </w:pPr>
      <w:r>
        <w:separator/>
      </w:r>
    </w:p>
  </w:footnote>
  <w:footnote w:type="continuationSeparator" w:id="0">
    <w:p w14:paraId="17B7450B" w14:textId="77777777" w:rsidR="000B5D5F" w:rsidRDefault="000B5D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65890523">
    <w:abstractNumId w:val="8"/>
  </w:num>
  <w:num w:numId="2" w16cid:durableId="1857764811">
    <w:abstractNumId w:val="6"/>
  </w:num>
  <w:num w:numId="3" w16cid:durableId="254021282">
    <w:abstractNumId w:val="5"/>
  </w:num>
  <w:num w:numId="4" w16cid:durableId="106631217">
    <w:abstractNumId w:val="4"/>
  </w:num>
  <w:num w:numId="5" w16cid:durableId="368142607">
    <w:abstractNumId w:val="7"/>
  </w:num>
  <w:num w:numId="6" w16cid:durableId="679814605">
    <w:abstractNumId w:val="3"/>
  </w:num>
  <w:num w:numId="7" w16cid:durableId="1366294789">
    <w:abstractNumId w:val="2"/>
  </w:num>
  <w:num w:numId="8" w16cid:durableId="842669486">
    <w:abstractNumId w:val="1"/>
  </w:num>
  <w:num w:numId="9" w16cid:durableId="365757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1604"/>
    <w:rsid w:val="00014415"/>
    <w:rsid w:val="00026717"/>
    <w:rsid w:val="00034616"/>
    <w:rsid w:val="0006063C"/>
    <w:rsid w:val="000A31C6"/>
    <w:rsid w:val="000B5D5F"/>
    <w:rsid w:val="001279F6"/>
    <w:rsid w:val="0015074B"/>
    <w:rsid w:val="00151EE4"/>
    <w:rsid w:val="00186DF2"/>
    <w:rsid w:val="001A1F6F"/>
    <w:rsid w:val="00200304"/>
    <w:rsid w:val="00217A16"/>
    <w:rsid w:val="00266B5E"/>
    <w:rsid w:val="0029639D"/>
    <w:rsid w:val="00326F90"/>
    <w:rsid w:val="00370A81"/>
    <w:rsid w:val="00392122"/>
    <w:rsid w:val="003A05A4"/>
    <w:rsid w:val="003E1EF8"/>
    <w:rsid w:val="003F7EF5"/>
    <w:rsid w:val="004325C2"/>
    <w:rsid w:val="00437C9C"/>
    <w:rsid w:val="00542841"/>
    <w:rsid w:val="005602F9"/>
    <w:rsid w:val="00580B35"/>
    <w:rsid w:val="00591506"/>
    <w:rsid w:val="005B459F"/>
    <w:rsid w:val="00623134"/>
    <w:rsid w:val="00631DF6"/>
    <w:rsid w:val="00645EE6"/>
    <w:rsid w:val="00680DE8"/>
    <w:rsid w:val="00693963"/>
    <w:rsid w:val="006D7CE7"/>
    <w:rsid w:val="006F1BA7"/>
    <w:rsid w:val="007368A2"/>
    <w:rsid w:val="00756107"/>
    <w:rsid w:val="00777B98"/>
    <w:rsid w:val="007F3516"/>
    <w:rsid w:val="0081586E"/>
    <w:rsid w:val="00817A31"/>
    <w:rsid w:val="008422EC"/>
    <w:rsid w:val="00850CF8"/>
    <w:rsid w:val="00865410"/>
    <w:rsid w:val="008B1D3B"/>
    <w:rsid w:val="008B2C7A"/>
    <w:rsid w:val="008C49A5"/>
    <w:rsid w:val="008D6B7A"/>
    <w:rsid w:val="008F1D9F"/>
    <w:rsid w:val="00902020"/>
    <w:rsid w:val="00920D74"/>
    <w:rsid w:val="00997513"/>
    <w:rsid w:val="009A4133"/>
    <w:rsid w:val="009C6FA1"/>
    <w:rsid w:val="00A3646B"/>
    <w:rsid w:val="00A67998"/>
    <w:rsid w:val="00A73231"/>
    <w:rsid w:val="00AA1D8D"/>
    <w:rsid w:val="00AC4473"/>
    <w:rsid w:val="00B1587E"/>
    <w:rsid w:val="00B47730"/>
    <w:rsid w:val="00B47BB4"/>
    <w:rsid w:val="00BB4EB2"/>
    <w:rsid w:val="00C70856"/>
    <w:rsid w:val="00C938AA"/>
    <w:rsid w:val="00CB0664"/>
    <w:rsid w:val="00CD1011"/>
    <w:rsid w:val="00D01E24"/>
    <w:rsid w:val="00D14CA3"/>
    <w:rsid w:val="00D33703"/>
    <w:rsid w:val="00D66859"/>
    <w:rsid w:val="00D734AE"/>
    <w:rsid w:val="00D97B25"/>
    <w:rsid w:val="00E01E81"/>
    <w:rsid w:val="00E52ED8"/>
    <w:rsid w:val="00E87D57"/>
    <w:rsid w:val="00E90EDA"/>
    <w:rsid w:val="00EA2DA0"/>
    <w:rsid w:val="00EE4097"/>
    <w:rsid w:val="00EE75A8"/>
    <w:rsid w:val="00F02D77"/>
    <w:rsid w:val="00F25383"/>
    <w:rsid w:val="00F66771"/>
    <w:rsid w:val="00FB394C"/>
    <w:rsid w:val="00FB7A04"/>
    <w:rsid w:val="00FC3827"/>
    <w:rsid w:val="00FC693F"/>
    <w:rsid w:val="00FD4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AD4F68"/>
  <w14:defaultImageDpi w14:val="300"/>
  <w15:docId w15:val="{D843A5AE-6858-4F5B-9A60-1C1F67683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Revision">
    <w:name w:val="Revision"/>
    <w:hidden/>
    <w:uiPriority w:val="99"/>
    <w:semiHidden/>
    <w:rsid w:val="00E90ED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Zlatina Malinova</dc:creator>
  <cp:keywords>, docId:D6DCE1EBE3BA20FD36DFD497119421E5</cp:keywords>
  <cp:lastModifiedBy>Kiril Mitsev</cp:lastModifiedBy>
  <cp:revision>47</cp:revision>
  <dcterms:created xsi:type="dcterms:W3CDTF">2026-08-19T12:43:00Z</dcterms:created>
  <dcterms:modified xsi:type="dcterms:W3CDTF">2026-08-26T06:27:00Z</dcterms:modified>
  <cp:category/>
</cp:coreProperties>
</file>