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78C84" w14:textId="0918DAA4" w:rsidR="003E1EF8" w:rsidRPr="00865410" w:rsidRDefault="00370A81" w:rsidP="00865410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>ПИСМО ЗА ИНТЕРЕС</w:t>
      </w:r>
    </w:p>
    <w:p w14:paraId="74493C44" w14:textId="2595A8DE" w:rsidR="003E1EF8" w:rsidRPr="00865410" w:rsidRDefault="00865410" w:rsidP="00865410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i/>
          <w:iCs/>
          <w:sz w:val="24"/>
          <w:szCs w:val="24"/>
          <w:lang w:val="bg-BG"/>
        </w:rPr>
        <w:t>Указания: Попълнете обозначените полета, отбележете всички приложими варианти и изтрийте неприложимия текст. При необходимост може да добавите допълнителна информация.</w:t>
      </w:r>
    </w:p>
    <w:p w14:paraId="3DA04D26" w14:textId="77777777" w:rsidR="00865410" w:rsidRPr="00865410" w:rsidRDefault="00865410">
      <w:pPr>
        <w:spacing w:after="6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3899F94F" w14:textId="20677FD8" w:rsidR="003E1EF8" w:rsidRPr="00865410" w:rsidRDefault="00370A81">
      <w:pPr>
        <w:spacing w:after="6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До: 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„Булгаргаз“ ЕАД</w:t>
      </w:r>
    </w:p>
    <w:p w14:paraId="05FE283D" w14:textId="4913616D" w:rsidR="003E1EF8" w:rsidRPr="00865410" w:rsidRDefault="00370A81">
      <w:pPr>
        <w:spacing w:after="6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От: 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[</w:t>
      </w:r>
      <w:r w:rsidRPr="00865410">
        <w:rPr>
          <w:rFonts w:ascii="Times New Roman" w:hAnsi="Times New Roman" w:cs="Times New Roman"/>
          <w:i/>
          <w:iCs/>
          <w:sz w:val="24"/>
          <w:szCs w:val="24"/>
          <w:lang w:val="bg-BG"/>
        </w:rPr>
        <w:t>пълно фирмено наименование</w:t>
      </w:r>
      <w:r w:rsidR="008B2C7A">
        <w:rPr>
          <w:rFonts w:ascii="Times New Roman" w:hAnsi="Times New Roman" w:cs="Times New Roman"/>
          <w:i/>
          <w:iCs/>
          <w:sz w:val="24"/>
          <w:szCs w:val="24"/>
          <w:lang w:val="bg-BG"/>
        </w:rPr>
        <w:t xml:space="preserve"> и адрес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]</w:t>
      </w:r>
    </w:p>
    <w:p w14:paraId="025A6C27" w14:textId="77777777" w:rsidR="003E1EF8" w:rsidRPr="00865410" w:rsidRDefault="00370A81">
      <w:pPr>
        <w:spacing w:after="6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Дата: 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[</w:t>
      </w:r>
      <w:proofErr w:type="spellStart"/>
      <w:r w:rsidRPr="00865410">
        <w:rPr>
          <w:rFonts w:ascii="Times New Roman" w:hAnsi="Times New Roman" w:cs="Times New Roman"/>
          <w:i/>
          <w:iCs/>
          <w:sz w:val="24"/>
          <w:szCs w:val="24"/>
          <w:lang w:val="bg-BG"/>
        </w:rPr>
        <w:t>dd.mm.yyyy</w:t>
      </w:r>
      <w:proofErr w:type="spellEnd"/>
      <w:r w:rsidRPr="00865410">
        <w:rPr>
          <w:rFonts w:ascii="Times New Roman" w:hAnsi="Times New Roman" w:cs="Times New Roman"/>
          <w:sz w:val="24"/>
          <w:szCs w:val="24"/>
          <w:lang w:val="bg-BG"/>
        </w:rPr>
        <w:t>]</w:t>
      </w:r>
    </w:p>
    <w:p w14:paraId="1DD57147" w14:textId="77777777" w:rsidR="00865410" w:rsidRPr="00865410" w:rsidRDefault="00865410">
      <w:pPr>
        <w:spacing w:after="60"/>
        <w:rPr>
          <w:rFonts w:ascii="Times New Roman" w:hAnsi="Times New Roman" w:cs="Times New Roman"/>
          <w:sz w:val="24"/>
          <w:szCs w:val="24"/>
          <w:lang w:val="bg-BG"/>
        </w:rPr>
      </w:pPr>
    </w:p>
    <w:p w14:paraId="60F10E98" w14:textId="77777777" w:rsidR="003E1EF8" w:rsidRDefault="00370A81">
      <w:pPr>
        <w:spacing w:before="100" w:after="12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sz w:val="24"/>
          <w:szCs w:val="24"/>
          <w:lang w:val="bg-BG"/>
        </w:rPr>
        <w:t>Уважаеми дами и господа,</w:t>
      </w:r>
    </w:p>
    <w:p w14:paraId="1AC9DAA7" w14:textId="1DAD7CE5" w:rsidR="003E1EF8" w:rsidRPr="00865410" w:rsidRDefault="00370A8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sz w:val="24"/>
          <w:szCs w:val="24"/>
          <w:lang w:val="bg-BG"/>
        </w:rPr>
        <w:t>Ние, [</w:t>
      </w:r>
      <w:r w:rsidRPr="00865410">
        <w:rPr>
          <w:rFonts w:ascii="Times New Roman" w:hAnsi="Times New Roman" w:cs="Times New Roman"/>
          <w:i/>
          <w:iCs/>
          <w:sz w:val="24"/>
          <w:szCs w:val="24"/>
          <w:lang w:val="bg-BG"/>
        </w:rPr>
        <w:t>пълно фирмено наименование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], дружество, учредено съгласно законодателството на [</w:t>
      </w:r>
      <w:r w:rsidRPr="00865410">
        <w:rPr>
          <w:rFonts w:ascii="Times New Roman" w:hAnsi="Times New Roman" w:cs="Times New Roman"/>
          <w:i/>
          <w:iCs/>
          <w:sz w:val="24"/>
          <w:szCs w:val="24"/>
          <w:lang w:val="bg-BG"/>
        </w:rPr>
        <w:t>държава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], с регистрационен номер [</w:t>
      </w:r>
      <w:r w:rsidRPr="00865410">
        <w:rPr>
          <w:rFonts w:ascii="Times New Roman" w:hAnsi="Times New Roman" w:cs="Times New Roman"/>
          <w:i/>
          <w:iCs/>
          <w:sz w:val="24"/>
          <w:szCs w:val="24"/>
          <w:lang w:val="bg-BG"/>
        </w:rPr>
        <w:t>номер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] и седалище и адрес на управление [</w:t>
      </w:r>
      <w:r w:rsidRPr="00865410">
        <w:rPr>
          <w:rFonts w:ascii="Times New Roman" w:hAnsi="Times New Roman" w:cs="Times New Roman"/>
          <w:i/>
          <w:iCs/>
          <w:sz w:val="24"/>
          <w:szCs w:val="24"/>
          <w:lang w:val="bg-BG"/>
        </w:rPr>
        <w:t>адрес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], с настоящото заявяваме интерес към предлаганата от „Булгаргаз“ ЕАД комплексна услуга, насочена към диверсификация на източниците на природен газ.</w:t>
      </w:r>
    </w:p>
    <w:p w14:paraId="5D1A6390" w14:textId="77777777" w:rsidR="00865410" w:rsidRPr="00865410" w:rsidRDefault="00865410">
      <w:pPr>
        <w:spacing w:after="1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4CD5EEB1" w14:textId="77777777" w:rsidR="003E1EF8" w:rsidRPr="00865410" w:rsidRDefault="00370A81">
      <w:pPr>
        <w:spacing w:before="160" w:after="8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>1. Данни за дружеството</w:t>
      </w:r>
    </w:p>
    <w:p w14:paraId="4632D4B7" w14:textId="67F41455" w:rsidR="003E1EF8" w:rsidRPr="00865410" w:rsidRDefault="00370A81">
      <w:pPr>
        <w:spacing w:after="6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Вид дружество / основна дейност: 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[</w:t>
      </w:r>
      <w:r w:rsidRPr="00865410">
        <w:rPr>
          <w:rFonts w:ascii="Times New Roman" w:hAnsi="Times New Roman" w:cs="Times New Roman"/>
          <w:i/>
          <w:iCs/>
          <w:sz w:val="24"/>
          <w:szCs w:val="24"/>
          <w:lang w:val="bg-BG"/>
        </w:rPr>
        <w:t>търговец / доставчик / краен потребител / друго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]</w:t>
      </w:r>
    </w:p>
    <w:p w14:paraId="27175736" w14:textId="77777777" w:rsidR="003E1EF8" w:rsidRPr="00865410" w:rsidRDefault="00370A81">
      <w:pPr>
        <w:spacing w:after="6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Лице за контакт: 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[</w:t>
      </w:r>
      <w:r w:rsidRPr="00865410">
        <w:rPr>
          <w:rFonts w:ascii="Times New Roman" w:hAnsi="Times New Roman" w:cs="Times New Roman"/>
          <w:i/>
          <w:iCs/>
          <w:sz w:val="24"/>
          <w:szCs w:val="24"/>
          <w:lang w:val="bg-BG"/>
        </w:rPr>
        <w:t>име и длъжност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]</w:t>
      </w:r>
    </w:p>
    <w:p w14:paraId="45796738" w14:textId="77777777" w:rsidR="003E1EF8" w:rsidRPr="00865410" w:rsidRDefault="00370A81">
      <w:pPr>
        <w:spacing w:after="6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>E-</w:t>
      </w:r>
      <w:proofErr w:type="spellStart"/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>mail</w:t>
      </w:r>
      <w:proofErr w:type="spellEnd"/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: 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[</w:t>
      </w:r>
      <w:r w:rsidRPr="00865410">
        <w:rPr>
          <w:rFonts w:ascii="Times New Roman" w:hAnsi="Times New Roman" w:cs="Times New Roman"/>
          <w:i/>
          <w:iCs/>
          <w:sz w:val="24"/>
          <w:szCs w:val="24"/>
          <w:lang w:val="bg-BG"/>
        </w:rPr>
        <w:t>e-</w:t>
      </w:r>
      <w:proofErr w:type="spellStart"/>
      <w:r w:rsidRPr="00865410">
        <w:rPr>
          <w:rFonts w:ascii="Times New Roman" w:hAnsi="Times New Roman" w:cs="Times New Roman"/>
          <w:i/>
          <w:iCs/>
          <w:sz w:val="24"/>
          <w:szCs w:val="24"/>
          <w:lang w:val="bg-BG"/>
        </w:rPr>
        <w:t>mail</w:t>
      </w:r>
      <w:proofErr w:type="spellEnd"/>
      <w:r w:rsidRPr="00865410">
        <w:rPr>
          <w:rFonts w:ascii="Times New Roman" w:hAnsi="Times New Roman" w:cs="Times New Roman"/>
          <w:sz w:val="24"/>
          <w:szCs w:val="24"/>
          <w:lang w:val="bg-BG"/>
        </w:rPr>
        <w:t>]</w:t>
      </w:r>
    </w:p>
    <w:p w14:paraId="5D799673" w14:textId="77777777" w:rsidR="003E1EF8" w:rsidRDefault="00370A81">
      <w:pPr>
        <w:spacing w:after="6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Телефон: 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[</w:t>
      </w:r>
      <w:r w:rsidRPr="00865410">
        <w:rPr>
          <w:rFonts w:ascii="Times New Roman" w:hAnsi="Times New Roman" w:cs="Times New Roman"/>
          <w:i/>
          <w:iCs/>
          <w:sz w:val="24"/>
          <w:szCs w:val="24"/>
          <w:lang w:val="bg-BG"/>
        </w:rPr>
        <w:t>телефонен номер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]</w:t>
      </w:r>
    </w:p>
    <w:p w14:paraId="6303A4E0" w14:textId="77777777" w:rsidR="00865410" w:rsidRDefault="00865410">
      <w:pPr>
        <w:spacing w:after="60"/>
        <w:rPr>
          <w:rFonts w:ascii="Times New Roman" w:hAnsi="Times New Roman" w:cs="Times New Roman"/>
          <w:sz w:val="24"/>
          <w:szCs w:val="24"/>
          <w:lang w:val="bg-BG"/>
        </w:rPr>
      </w:pPr>
    </w:p>
    <w:p w14:paraId="1BE215E8" w14:textId="77777777" w:rsidR="00865410" w:rsidRPr="00865410" w:rsidRDefault="00865410">
      <w:pPr>
        <w:spacing w:after="60"/>
        <w:rPr>
          <w:rFonts w:ascii="Times New Roman" w:hAnsi="Times New Roman" w:cs="Times New Roman"/>
          <w:sz w:val="24"/>
          <w:szCs w:val="24"/>
          <w:lang w:val="bg-BG"/>
        </w:rPr>
      </w:pPr>
    </w:p>
    <w:p w14:paraId="1C8DA214" w14:textId="77777777" w:rsidR="003E1EF8" w:rsidRPr="00865410" w:rsidRDefault="00370A81">
      <w:pPr>
        <w:spacing w:before="160" w:after="8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>2. Предпочитан модел на услугата</w:t>
      </w:r>
    </w:p>
    <w:p w14:paraId="7E16BC6E" w14:textId="77777777" w:rsidR="005B459F" w:rsidRDefault="005B459F" w:rsidP="00865410">
      <w:pPr>
        <w:spacing w:after="40"/>
        <w:ind w:left="283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B459F">
        <w:rPr>
          <w:rFonts w:ascii="Times New Roman" w:hAnsi="Times New Roman" w:cs="Times New Roman"/>
          <w:sz w:val="24"/>
          <w:szCs w:val="24"/>
          <w:lang w:val="bg-BG"/>
        </w:rPr>
        <w:t>Моля, отбележете вариантите, които представляват интерес за Вас:</w:t>
      </w:r>
    </w:p>
    <w:p w14:paraId="62E4F8D9" w14:textId="77777777" w:rsidR="005B459F" w:rsidRDefault="005B459F" w:rsidP="00865410">
      <w:pPr>
        <w:spacing w:after="40"/>
        <w:ind w:left="283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22F0EED4" w14:textId="07AA860A" w:rsidR="003E1EF8" w:rsidRPr="00865410" w:rsidRDefault="00370A81" w:rsidP="00865410">
      <w:pPr>
        <w:spacing w:after="40"/>
        <w:ind w:left="283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Segoe UI Symbol" w:hAnsi="Segoe UI Symbol" w:cs="Segoe UI Symbol"/>
          <w:sz w:val="24"/>
          <w:szCs w:val="24"/>
          <w:lang w:val="bg-BG"/>
        </w:rPr>
        <w:t>☐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 xml:space="preserve">  „Булгаргаз“ ЕАД осигурява </w:t>
      </w:r>
      <w:r w:rsidR="00E90EDA" w:rsidRPr="00680DE8">
        <w:rPr>
          <w:rFonts w:ascii="Times New Roman" w:hAnsi="Times New Roman" w:cs="Times New Roman"/>
          <w:sz w:val="24"/>
          <w:szCs w:val="24"/>
          <w:lang w:val="bg-BG"/>
        </w:rPr>
        <w:t xml:space="preserve">доставка на природен газ до договорена точка </w:t>
      </w:r>
      <w:r w:rsidR="00E90EDA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="00E90EDA" w:rsidRPr="00680DE8">
        <w:rPr>
          <w:rFonts w:ascii="Times New Roman" w:hAnsi="Times New Roman" w:cs="Times New Roman"/>
          <w:sz w:val="24"/>
          <w:szCs w:val="24"/>
          <w:lang w:val="bg-BG"/>
        </w:rPr>
        <w:t>газопреносн</w:t>
      </w:r>
      <w:r w:rsidR="00E90EDA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E90EDA" w:rsidRPr="00680DE8">
        <w:rPr>
          <w:rFonts w:ascii="Times New Roman" w:hAnsi="Times New Roman" w:cs="Times New Roman"/>
          <w:sz w:val="24"/>
          <w:szCs w:val="24"/>
          <w:lang w:val="bg-BG"/>
        </w:rPr>
        <w:t xml:space="preserve"> мрежа </w:t>
      </w:r>
      <w:r w:rsidR="00E90EDA">
        <w:rPr>
          <w:rFonts w:ascii="Times New Roman" w:hAnsi="Times New Roman" w:cs="Times New Roman"/>
          <w:sz w:val="24"/>
          <w:szCs w:val="24"/>
          <w:lang w:val="bg-BG"/>
        </w:rPr>
        <w:t>на</w:t>
      </w:r>
      <w:r w:rsidR="00E90EDA" w:rsidRPr="00680DE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90EDA">
        <w:rPr>
          <w:rFonts w:ascii="Times New Roman" w:hAnsi="Times New Roman" w:cs="Times New Roman"/>
          <w:sz w:val="24"/>
          <w:szCs w:val="24"/>
          <w:lang w:val="bg-BG"/>
        </w:rPr>
        <w:t xml:space="preserve">………………. </w:t>
      </w:r>
      <w:r w:rsidR="00E90EDA" w:rsidRPr="00680DE8">
        <w:rPr>
          <w:rFonts w:ascii="Times New Roman" w:hAnsi="Times New Roman" w:cs="Times New Roman"/>
          <w:i/>
          <w:iCs/>
          <w:sz w:val="24"/>
          <w:szCs w:val="24"/>
          <w:lang w:val="bg-BG"/>
        </w:rPr>
        <w:t>(посочете държава)</w:t>
      </w:r>
      <w:r w:rsidR="00E90EDA">
        <w:rPr>
          <w:rFonts w:ascii="Times New Roman" w:hAnsi="Times New Roman" w:cs="Times New Roman"/>
          <w:sz w:val="24"/>
          <w:szCs w:val="24"/>
          <w:lang w:val="bg-BG"/>
        </w:rPr>
        <w:t xml:space="preserve"> от </w:t>
      </w:r>
      <w:r w:rsidR="00E90EDA" w:rsidRPr="00680DE8">
        <w:rPr>
          <w:rFonts w:ascii="Times New Roman" w:hAnsi="Times New Roman" w:cs="Times New Roman"/>
          <w:sz w:val="24"/>
          <w:szCs w:val="24"/>
          <w:lang w:val="bg-BG"/>
        </w:rPr>
        <w:t>надеждни производители на втечнен природен газ (LNG)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100704D3" w14:textId="7F93FE85" w:rsidR="003E1EF8" w:rsidRPr="00865410" w:rsidRDefault="00370A81" w:rsidP="00865410">
      <w:pPr>
        <w:spacing w:after="40"/>
        <w:ind w:left="283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Segoe UI Symbol" w:hAnsi="Segoe UI Symbol" w:cs="Segoe UI Symbol"/>
          <w:sz w:val="24"/>
          <w:szCs w:val="24"/>
          <w:lang w:val="bg-BG"/>
        </w:rPr>
        <w:t>☐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 xml:space="preserve">  Нашето дружество осигурява втечнения природен газ, а „Булгаргаз“ ЕАД предоставя свързаната комплексна услуга, включваща приемане на товара, </w:t>
      </w:r>
      <w:proofErr w:type="spellStart"/>
      <w:r w:rsidRPr="00865410">
        <w:rPr>
          <w:rFonts w:ascii="Times New Roman" w:hAnsi="Times New Roman" w:cs="Times New Roman"/>
          <w:sz w:val="24"/>
          <w:szCs w:val="24"/>
          <w:lang w:val="bg-BG"/>
        </w:rPr>
        <w:t>регазификация</w:t>
      </w:r>
      <w:proofErr w:type="spellEnd"/>
      <w:r w:rsidRPr="00865410">
        <w:rPr>
          <w:rFonts w:ascii="Times New Roman" w:hAnsi="Times New Roman" w:cs="Times New Roman"/>
          <w:sz w:val="24"/>
          <w:szCs w:val="24"/>
          <w:lang w:val="bg-BG"/>
        </w:rPr>
        <w:t>, съхранение и/или пренос и доставка на еквивалентно количество природен газ до договорена точка за прехвърляне на собствеността.</w:t>
      </w:r>
    </w:p>
    <w:p w14:paraId="2C898733" w14:textId="77777777" w:rsidR="00865410" w:rsidRDefault="00865410" w:rsidP="00865410">
      <w:pPr>
        <w:spacing w:after="40"/>
        <w:ind w:left="283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008A2ED2" w14:textId="77777777" w:rsidR="003E1EF8" w:rsidRPr="00865410" w:rsidRDefault="00370A81">
      <w:pPr>
        <w:spacing w:before="160" w:after="8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>3. Индикативни потребности</w:t>
      </w:r>
    </w:p>
    <w:p w14:paraId="7FAE20CD" w14:textId="37FF2C56" w:rsidR="00865410" w:rsidRDefault="00865410">
      <w:pPr>
        <w:spacing w:after="8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sz w:val="24"/>
          <w:szCs w:val="24"/>
          <w:lang w:val="bg-BG"/>
        </w:rPr>
        <w:t>Моля, посочете Вашата текуща прогнозна оценка за нуждите Ви от природен газ</w:t>
      </w:r>
      <w:r w:rsidR="008B2C7A">
        <w:rPr>
          <w:rFonts w:ascii="Times New Roman" w:hAnsi="Times New Roman" w:cs="Times New Roman"/>
          <w:sz w:val="24"/>
          <w:szCs w:val="24"/>
        </w:rPr>
        <w:t xml:space="preserve"> </w:t>
      </w:r>
      <w:r w:rsidR="008B2C7A">
        <w:rPr>
          <w:rFonts w:ascii="Times New Roman" w:hAnsi="Times New Roman" w:cs="Times New Roman"/>
          <w:sz w:val="24"/>
          <w:szCs w:val="24"/>
          <w:lang w:val="bg-BG"/>
        </w:rPr>
        <w:t>чрез попълване на долната таблица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14:paraId="43F49867" w14:textId="77777777" w:rsidR="00865410" w:rsidRPr="00865410" w:rsidRDefault="00865410">
      <w:pPr>
        <w:spacing w:after="80"/>
        <w:rPr>
          <w:rFonts w:ascii="Times New Roman" w:hAnsi="Times New Roman" w:cs="Times New Roman"/>
          <w:sz w:val="24"/>
          <w:szCs w:val="24"/>
          <w:lang w:val="bg-BG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90"/>
        <w:gridCol w:w="1531"/>
        <w:gridCol w:w="1757"/>
        <w:gridCol w:w="1814"/>
        <w:gridCol w:w="1814"/>
      </w:tblGrid>
      <w:tr w:rsidR="008B2C7A" w:rsidRPr="00865410" w14:paraId="600A6BB1" w14:textId="77777777" w:rsidTr="00865410">
        <w:trPr>
          <w:tblHeader/>
          <w:jc w:val="center"/>
        </w:trPr>
        <w:tc>
          <w:tcPr>
            <w:tcW w:w="1190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3EBC0" w14:textId="77777777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54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Газова година</w:t>
            </w:r>
          </w:p>
        </w:tc>
        <w:tc>
          <w:tcPr>
            <w:tcW w:w="1531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8027D" w14:textId="77777777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54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Прогнозно годишно количество ВПГ</w:t>
            </w:r>
            <w:r w:rsidRPr="008654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br/>
              <w:t>(</w:t>
            </w:r>
            <w:proofErr w:type="spellStart"/>
            <w:r w:rsidRPr="008654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GWh</w:t>
            </w:r>
            <w:proofErr w:type="spellEnd"/>
            <w:r w:rsidRPr="008654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)</w:t>
            </w:r>
          </w:p>
        </w:tc>
        <w:tc>
          <w:tcPr>
            <w:tcW w:w="1757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76EBE" w14:textId="77777777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54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Период за получаване на еквивалентното количество от един товар ВПГ</w:t>
            </w:r>
            <w:r w:rsidRPr="008654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br/>
              <w:t>(брой дни)</w:t>
            </w:r>
          </w:p>
        </w:tc>
        <w:tc>
          <w:tcPr>
            <w:tcW w:w="181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0772B" w14:textId="55141933" w:rsidR="008B2C7A" w:rsidRPr="008B2C7A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4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Предпочитана точка за последваща доставка</w:t>
            </w:r>
            <w:r w:rsidRPr="008654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br/>
              <w:t>(VTP/ITTP и EIC код)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81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8881C" w14:textId="77777777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54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Допълнителни изисквания / бележки</w:t>
            </w:r>
          </w:p>
        </w:tc>
      </w:tr>
      <w:tr w:rsidR="008B2C7A" w:rsidRPr="00865410" w14:paraId="654CA42F" w14:textId="77777777" w:rsidTr="00865410">
        <w:trPr>
          <w:jc w:val="center"/>
        </w:trPr>
        <w:tc>
          <w:tcPr>
            <w:tcW w:w="119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2571F" w14:textId="77777777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54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2026/2027</w:t>
            </w:r>
          </w:p>
        </w:tc>
        <w:tc>
          <w:tcPr>
            <w:tcW w:w="1531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4F05E" w14:textId="4BEBCEE8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57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CD831" w14:textId="0B07F918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E8D2B" w14:textId="4865F8D6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A7B65" w14:textId="7F17A01A" w:rsidR="008B2C7A" w:rsidRPr="00865410" w:rsidRDefault="008B2C7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8B2C7A" w:rsidRPr="00865410" w14:paraId="2229051A" w14:textId="77777777" w:rsidTr="00865410">
        <w:trPr>
          <w:jc w:val="center"/>
        </w:trPr>
        <w:tc>
          <w:tcPr>
            <w:tcW w:w="119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39EC0" w14:textId="77777777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54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2027/2028</w:t>
            </w:r>
          </w:p>
        </w:tc>
        <w:tc>
          <w:tcPr>
            <w:tcW w:w="1531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E195E" w14:textId="22C21B1F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57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D9E92" w14:textId="707A66AE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90514" w14:textId="7234D91F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4B964" w14:textId="306D752C" w:rsidR="008B2C7A" w:rsidRPr="00865410" w:rsidRDefault="008B2C7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8B2C7A" w:rsidRPr="00865410" w14:paraId="0A4D8609" w14:textId="77777777" w:rsidTr="00865410">
        <w:trPr>
          <w:jc w:val="center"/>
        </w:trPr>
        <w:tc>
          <w:tcPr>
            <w:tcW w:w="119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56CC5" w14:textId="77777777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54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2028/2029</w:t>
            </w:r>
          </w:p>
        </w:tc>
        <w:tc>
          <w:tcPr>
            <w:tcW w:w="1531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A8F7E" w14:textId="4508E172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57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094E9" w14:textId="09ACCB88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DB464" w14:textId="43EA2C28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E4301" w14:textId="0B973C1F" w:rsidR="008B2C7A" w:rsidRPr="00865410" w:rsidRDefault="008B2C7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8B2C7A" w:rsidRPr="00865410" w14:paraId="3F768DC3" w14:textId="77777777" w:rsidTr="00865410">
        <w:trPr>
          <w:jc w:val="center"/>
        </w:trPr>
        <w:tc>
          <w:tcPr>
            <w:tcW w:w="119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BC6BC" w14:textId="77777777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54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2029/2030</w:t>
            </w:r>
          </w:p>
        </w:tc>
        <w:tc>
          <w:tcPr>
            <w:tcW w:w="1531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3EE5E" w14:textId="56C1897D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57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C39C6" w14:textId="251CA3B8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138AB" w14:textId="0597A188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7ECDC" w14:textId="00BD9F5F" w:rsidR="008B2C7A" w:rsidRPr="00865410" w:rsidRDefault="008B2C7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8B2C7A" w:rsidRPr="00865410" w14:paraId="40E8FB67" w14:textId="77777777" w:rsidTr="00865410">
        <w:trPr>
          <w:jc w:val="center"/>
        </w:trPr>
        <w:tc>
          <w:tcPr>
            <w:tcW w:w="119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94383" w14:textId="77777777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54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</w:t>
            </w:r>
          </w:p>
        </w:tc>
        <w:tc>
          <w:tcPr>
            <w:tcW w:w="1531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FD1FB" w14:textId="542B2A8D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57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77FE7" w14:textId="2F831E39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26689" w14:textId="6040C2EE" w:rsidR="008B2C7A" w:rsidRPr="00865410" w:rsidRDefault="008B2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814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4504A" w14:textId="59C47170" w:rsidR="008B2C7A" w:rsidRPr="00865410" w:rsidRDefault="008B2C7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71E90D8A" w14:textId="77777777" w:rsidR="00865410" w:rsidRDefault="00865410">
      <w:pPr>
        <w:spacing w:before="160" w:after="8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61970D52" w14:textId="3D75733E" w:rsidR="008B2C7A" w:rsidRPr="008B2C7A" w:rsidRDefault="008B2C7A" w:rsidP="008B2C7A">
      <w:pPr>
        <w:spacing w:before="160" w:after="8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bg-BG"/>
        </w:rPr>
      </w:pPr>
      <w:r w:rsidRPr="008B2C7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* </w:t>
      </w:r>
      <w:r w:rsidRPr="008B2C7A">
        <w:rPr>
          <w:rFonts w:ascii="Times New Roman" w:hAnsi="Times New Roman" w:cs="Times New Roman"/>
          <w:bCs/>
          <w:i/>
          <w:iCs/>
          <w:sz w:val="24"/>
          <w:szCs w:val="24"/>
          <w:lang w:val="bg-BG"/>
        </w:rPr>
        <w:t xml:space="preserve">Булгаргаз е регистриран ползвател на газопреносните системи в България, Гърция, Румъния и Унгария и може да осъществи транзакции на ВТТ на посочените държави, при условие за наличен капацитет в междусистемните точки на свързване. Булгаргаз разполага и с регистрирано дъщерно дружество в Молдова и може да извършва доставки до Украйна </w:t>
      </w:r>
      <w:r w:rsidRPr="008B2C7A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Pr="008B2C7A">
        <w:rPr>
          <w:rFonts w:ascii="Times New Roman" w:hAnsi="Times New Roman" w:cs="Times New Roman"/>
          <w:bCs/>
          <w:i/>
          <w:iCs/>
          <w:sz w:val="24"/>
          <w:szCs w:val="24"/>
          <w:lang w:val="bg-BG"/>
        </w:rPr>
        <w:t>до изход от Молдова</w:t>
      </w:r>
      <w:r w:rsidRPr="008B2C7A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</w:p>
    <w:p w14:paraId="45017410" w14:textId="403FFD66" w:rsidR="003E1EF8" w:rsidRPr="00865410" w:rsidRDefault="00370A81">
      <w:pPr>
        <w:spacing w:before="160" w:after="8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>4. Допълнителна информация</w:t>
      </w:r>
    </w:p>
    <w:p w14:paraId="11E1F4AA" w14:textId="77777777" w:rsidR="005B459F" w:rsidRDefault="005B459F">
      <w:pPr>
        <w:spacing w:after="8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B459F">
        <w:rPr>
          <w:rFonts w:ascii="Times New Roman" w:hAnsi="Times New Roman" w:cs="Times New Roman"/>
          <w:sz w:val="24"/>
          <w:szCs w:val="24"/>
          <w:lang w:val="bg-BG"/>
        </w:rPr>
        <w:t>Ще се радваме да обсъдим с Вас възможната структура на услугата, както и свързаните с нея технически, търговски и договорни условия.</w:t>
      </w:r>
    </w:p>
    <w:p w14:paraId="63CE54E4" w14:textId="73248D88" w:rsidR="003E1EF8" w:rsidRDefault="00370A81">
      <w:pPr>
        <w:spacing w:after="8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sz w:val="24"/>
          <w:szCs w:val="24"/>
          <w:lang w:val="bg-BG"/>
        </w:rPr>
        <w:t xml:space="preserve">Допълнителните </w:t>
      </w:r>
      <w:r w:rsidR="008B2C7A">
        <w:rPr>
          <w:rFonts w:ascii="Times New Roman" w:hAnsi="Times New Roman" w:cs="Times New Roman"/>
          <w:sz w:val="24"/>
          <w:szCs w:val="24"/>
          <w:lang w:val="bg-BG"/>
        </w:rPr>
        <w:t>коментари и/или услуги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, относими към заявения от</w:t>
      </w:r>
      <w:r w:rsidR="008B2C7A">
        <w:rPr>
          <w:rFonts w:ascii="Times New Roman" w:hAnsi="Times New Roman" w:cs="Times New Roman"/>
          <w:sz w:val="24"/>
          <w:szCs w:val="24"/>
          <w:lang w:val="bg-BG"/>
        </w:rPr>
        <w:t xml:space="preserve"> В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ас интерес, са посочени по-долу:</w:t>
      </w:r>
    </w:p>
    <w:p w14:paraId="267F0E45" w14:textId="77777777" w:rsidR="00865410" w:rsidRPr="00865410" w:rsidRDefault="00865410">
      <w:pPr>
        <w:spacing w:after="8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3E1EF8" w:rsidRPr="00865410" w14:paraId="52DC9989" w14:textId="77777777">
        <w:trPr>
          <w:jc w:val="center"/>
        </w:trPr>
        <w:tc>
          <w:tcPr>
            <w:tcW w:w="10200" w:type="dxa"/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B88D0" w14:textId="77777777" w:rsidR="003E1EF8" w:rsidRPr="00865410" w:rsidRDefault="00370A8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  <w:r w:rsidRPr="0086541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[моля, попълнете, ако е приложимо]</w:t>
            </w:r>
          </w:p>
        </w:tc>
      </w:tr>
      <w:tr w:rsidR="003E1EF8" w:rsidRPr="00865410" w14:paraId="7C861F58" w14:textId="77777777">
        <w:trPr>
          <w:jc w:val="center"/>
        </w:trPr>
        <w:tc>
          <w:tcPr>
            <w:tcW w:w="102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AEDEA" w14:textId="77777777" w:rsidR="003E1EF8" w:rsidRPr="00865410" w:rsidRDefault="00370A81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54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br/>
            </w:r>
            <w:r w:rsidRPr="008654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br/>
            </w:r>
          </w:p>
        </w:tc>
      </w:tr>
    </w:tbl>
    <w:p w14:paraId="5C52A9C5" w14:textId="77777777" w:rsidR="00865410" w:rsidRDefault="00865410">
      <w:pPr>
        <w:spacing w:before="160" w:after="8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406D5E31" w14:textId="73534388" w:rsidR="003E1EF8" w:rsidRPr="00865410" w:rsidRDefault="00370A81">
      <w:pPr>
        <w:spacing w:before="160" w:after="8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>5. Подпис</w:t>
      </w:r>
    </w:p>
    <w:p w14:paraId="3EC354F1" w14:textId="77777777" w:rsidR="003E1EF8" w:rsidRPr="00865410" w:rsidRDefault="00370A81">
      <w:pPr>
        <w:spacing w:after="6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За и от името на: 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[</w:t>
      </w:r>
      <w:r w:rsidRPr="00865410">
        <w:rPr>
          <w:rFonts w:ascii="Times New Roman" w:hAnsi="Times New Roman" w:cs="Times New Roman"/>
          <w:i/>
          <w:iCs/>
          <w:sz w:val="24"/>
          <w:szCs w:val="24"/>
          <w:lang w:val="bg-BG"/>
        </w:rPr>
        <w:t>наименование на дружеството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]</w:t>
      </w:r>
    </w:p>
    <w:p w14:paraId="669E84E7" w14:textId="1F2559DE" w:rsidR="003E1EF8" w:rsidRPr="00865410" w:rsidRDefault="00370A81">
      <w:pPr>
        <w:spacing w:after="6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Име: 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[</w:t>
      </w:r>
      <w:r w:rsidR="00865410">
        <w:rPr>
          <w:rFonts w:ascii="Times New Roman" w:hAnsi="Times New Roman" w:cs="Times New Roman"/>
          <w:i/>
          <w:iCs/>
          <w:sz w:val="24"/>
          <w:szCs w:val="24"/>
          <w:lang w:val="bg-BG"/>
        </w:rPr>
        <w:t>име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]</w:t>
      </w:r>
    </w:p>
    <w:p w14:paraId="6A5D8C93" w14:textId="77777777" w:rsidR="003E1EF8" w:rsidRPr="00865410" w:rsidRDefault="00370A81">
      <w:pPr>
        <w:spacing w:after="6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Длъжност: 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[</w:t>
      </w:r>
      <w:r w:rsidRPr="00865410">
        <w:rPr>
          <w:rFonts w:ascii="Times New Roman" w:hAnsi="Times New Roman" w:cs="Times New Roman"/>
          <w:i/>
          <w:iCs/>
          <w:sz w:val="24"/>
          <w:szCs w:val="24"/>
          <w:lang w:val="bg-BG"/>
        </w:rPr>
        <w:t>длъжност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]</w:t>
      </w:r>
    </w:p>
    <w:p w14:paraId="21E6CA81" w14:textId="77777777" w:rsidR="003E1EF8" w:rsidRPr="00865410" w:rsidRDefault="00370A81">
      <w:pPr>
        <w:spacing w:after="6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Подпис: 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____________________________</w:t>
      </w:r>
    </w:p>
    <w:p w14:paraId="2DF38E4E" w14:textId="77777777" w:rsidR="003E1EF8" w:rsidRPr="00865410" w:rsidRDefault="00370A81">
      <w:pPr>
        <w:spacing w:after="60"/>
        <w:rPr>
          <w:rFonts w:ascii="Times New Roman" w:hAnsi="Times New Roman" w:cs="Times New Roman"/>
          <w:sz w:val="24"/>
          <w:szCs w:val="24"/>
          <w:lang w:val="bg-BG"/>
        </w:rPr>
      </w:pPr>
      <w:r w:rsidRPr="008654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Дата: </w:t>
      </w:r>
      <w:r w:rsidRPr="00865410">
        <w:rPr>
          <w:rFonts w:ascii="Times New Roman" w:hAnsi="Times New Roman" w:cs="Times New Roman"/>
          <w:sz w:val="24"/>
          <w:szCs w:val="24"/>
          <w:lang w:val="bg-BG"/>
        </w:rPr>
        <w:t>[</w:t>
      </w:r>
      <w:proofErr w:type="spellStart"/>
      <w:r w:rsidRPr="00865410">
        <w:rPr>
          <w:rFonts w:ascii="Times New Roman" w:hAnsi="Times New Roman" w:cs="Times New Roman"/>
          <w:i/>
          <w:iCs/>
          <w:sz w:val="24"/>
          <w:szCs w:val="24"/>
          <w:lang w:val="bg-BG"/>
        </w:rPr>
        <w:t>dd.mm.yyyy</w:t>
      </w:r>
      <w:proofErr w:type="spellEnd"/>
      <w:r w:rsidRPr="00865410">
        <w:rPr>
          <w:rFonts w:ascii="Times New Roman" w:hAnsi="Times New Roman" w:cs="Times New Roman"/>
          <w:sz w:val="24"/>
          <w:szCs w:val="24"/>
          <w:lang w:val="bg-BG"/>
        </w:rPr>
        <w:t>]</w:t>
      </w:r>
    </w:p>
    <w:sectPr w:rsidR="003E1EF8" w:rsidRPr="00865410" w:rsidSect="00865410"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94231" w14:textId="77777777" w:rsidR="00F66771" w:rsidRDefault="00F66771">
      <w:pPr>
        <w:spacing w:after="0" w:line="240" w:lineRule="auto"/>
      </w:pPr>
      <w:r>
        <w:separator/>
      </w:r>
    </w:p>
  </w:endnote>
  <w:endnote w:type="continuationSeparator" w:id="0">
    <w:p w14:paraId="721F3B40" w14:textId="77777777" w:rsidR="00F66771" w:rsidRDefault="00F6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40B61" w14:textId="77777777" w:rsidR="00F66771" w:rsidRDefault="00F66771">
      <w:pPr>
        <w:spacing w:after="0" w:line="240" w:lineRule="auto"/>
      </w:pPr>
      <w:r>
        <w:separator/>
      </w:r>
    </w:p>
  </w:footnote>
  <w:footnote w:type="continuationSeparator" w:id="0">
    <w:p w14:paraId="797D4059" w14:textId="77777777" w:rsidR="00F66771" w:rsidRDefault="00F66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5890523">
    <w:abstractNumId w:val="8"/>
  </w:num>
  <w:num w:numId="2" w16cid:durableId="1857764811">
    <w:abstractNumId w:val="6"/>
  </w:num>
  <w:num w:numId="3" w16cid:durableId="254021282">
    <w:abstractNumId w:val="5"/>
  </w:num>
  <w:num w:numId="4" w16cid:durableId="106631217">
    <w:abstractNumId w:val="4"/>
  </w:num>
  <w:num w:numId="5" w16cid:durableId="368142607">
    <w:abstractNumId w:val="7"/>
  </w:num>
  <w:num w:numId="6" w16cid:durableId="679814605">
    <w:abstractNumId w:val="3"/>
  </w:num>
  <w:num w:numId="7" w16cid:durableId="1366294789">
    <w:abstractNumId w:val="2"/>
  </w:num>
  <w:num w:numId="8" w16cid:durableId="842669486">
    <w:abstractNumId w:val="1"/>
  </w:num>
  <w:num w:numId="9" w16cid:durableId="365757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31C6"/>
    <w:rsid w:val="0015074B"/>
    <w:rsid w:val="00151EE4"/>
    <w:rsid w:val="0029639D"/>
    <w:rsid w:val="00326F90"/>
    <w:rsid w:val="00370A81"/>
    <w:rsid w:val="003A05A4"/>
    <w:rsid w:val="003E1EF8"/>
    <w:rsid w:val="005B459F"/>
    <w:rsid w:val="00680DE8"/>
    <w:rsid w:val="006F1BA7"/>
    <w:rsid w:val="00865410"/>
    <w:rsid w:val="008B2C7A"/>
    <w:rsid w:val="00902020"/>
    <w:rsid w:val="00997513"/>
    <w:rsid w:val="00AA1D8D"/>
    <w:rsid w:val="00B47730"/>
    <w:rsid w:val="00B47BB4"/>
    <w:rsid w:val="00C70856"/>
    <w:rsid w:val="00CB0664"/>
    <w:rsid w:val="00E52ED8"/>
    <w:rsid w:val="00E87D57"/>
    <w:rsid w:val="00E90EDA"/>
    <w:rsid w:val="00F25383"/>
    <w:rsid w:val="00F667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AD4F68"/>
  <w14:defaultImageDpi w14:val="300"/>
  <w15:docId w15:val="{D843A5AE-6858-4F5B-9A60-1C1F6768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E90ED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2218</Characters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2026-08-19T12:14:00Z</dcterms:created>
  <dcterms:modified xsi:type="dcterms:W3CDTF">2026-08-19T12:14:00Z</dcterms:modified>
  <cp:category/>
</cp:coreProperties>
</file>